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5DEEF" w14:textId="77777777" w:rsidR="000F51F6" w:rsidRDefault="0092268F">
      <w:pPr>
        <w:pStyle w:val="aa"/>
      </w:pPr>
      <w:r>
        <w:t>Долговая расписка</w:t>
      </w:r>
    </w:p>
    <w:p w14:paraId="1E861C5E" w14:textId="77777777" w:rsidR="000F51F6" w:rsidRDefault="0092268F">
      <w:pPr>
        <w:pStyle w:val="ac"/>
      </w:pPr>
      <w:r>
        <w:t>Беспроцентный заем между физическими лицами</w:t>
      </w:r>
    </w:p>
    <w:p w14:paraId="19FAF5B4" w14:textId="06EF29E6" w:rsidR="000F51F6" w:rsidRDefault="0092268F">
      <w:pPr>
        <w:spacing w:after="280"/>
      </w:pPr>
      <w:r>
        <w:t>Населенный пункт _______________</w:t>
      </w:r>
      <w:r>
        <w:t xml:space="preserve">____________________ </w:t>
      </w:r>
      <w:proofErr w:type="gramStart"/>
      <w:r>
        <w:t xml:space="preserve">   «</w:t>
      </w:r>
      <w:proofErr w:type="gramEnd"/>
      <w:r>
        <w:t>____» ______________ 20____ г.</w:t>
      </w:r>
    </w:p>
    <w:p w14:paraId="4BB0ACAB" w14:textId="76AEF6C0" w:rsidR="000F51F6" w:rsidRDefault="0092268F">
      <w:r>
        <w:t xml:space="preserve">Я, </w:t>
      </w:r>
      <w:r>
        <w:t>______________________</w:t>
      </w:r>
      <w:r>
        <w:t>________________________________________________________,</w:t>
      </w:r>
      <w:r>
        <w:br/>
      </w:r>
      <w:r w:rsidRPr="0092268F">
        <w:rPr>
          <w:sz w:val="16"/>
          <w:szCs w:val="16"/>
        </w:rPr>
        <w:t>Ф. И. О. заемщика полностью</w:t>
      </w:r>
      <w:r>
        <w:br/>
        <w:t>дата рождения ___________________</w:t>
      </w:r>
      <w:r>
        <w:t>_________, паспорт: серия ________ № ______________,</w:t>
      </w:r>
      <w:r>
        <w:br/>
        <w:t>выдан ____________________________________</w:t>
      </w:r>
      <w:r>
        <w:t>______________________________________</w:t>
      </w:r>
      <w:r>
        <w:br/>
        <w:t>_____________</w:t>
      </w:r>
      <w:r>
        <w:t>_____________________________________</w:t>
      </w:r>
      <w:r>
        <w:t>______, дата выдачи ____________,</w:t>
      </w:r>
      <w:r>
        <w:br/>
        <w:t>адрес регистрации ___________________________________________</w:t>
      </w:r>
      <w:r>
        <w:t>____________________</w:t>
      </w:r>
      <w:r>
        <w:br/>
        <w:t>__________________________________________________________________</w:t>
      </w:r>
      <w:r>
        <w:t>___________,</w:t>
      </w:r>
    </w:p>
    <w:p w14:paraId="53DCF163" w14:textId="5C4BD847" w:rsidR="000F51F6" w:rsidRDefault="0092268F">
      <w:r>
        <w:t>получил(а) от __________________________________</w:t>
      </w:r>
      <w:r>
        <w:t>_____________________________</w:t>
      </w:r>
      <w:r>
        <w:t>____,</w:t>
      </w:r>
      <w:r>
        <w:br/>
      </w:r>
      <w:r w:rsidRPr="0092268F">
        <w:rPr>
          <w:sz w:val="16"/>
          <w:szCs w:val="16"/>
        </w:rPr>
        <w:t>Ф. И. О. займодавца полностью</w:t>
      </w:r>
      <w:r>
        <w:br/>
        <w:t>дата рождения __________________, паспорт: серия ________ № ______________,</w:t>
      </w:r>
      <w:r>
        <w:br/>
        <w:t>выдан __________________________</w:t>
      </w:r>
      <w:r>
        <w:t>_________________________________________________</w:t>
      </w:r>
      <w:r>
        <w:br/>
        <w:t>___________________________________</w:t>
      </w:r>
      <w:r>
        <w:t>________________, дат</w:t>
      </w:r>
      <w:r>
        <w:t>а выдачи ____________,</w:t>
      </w:r>
      <w:r>
        <w:br/>
        <w:t>адрес регистрации ______________________________________________________</w:t>
      </w:r>
      <w:r>
        <w:br/>
        <w:t>______________________________________________________________________,</w:t>
      </w:r>
    </w:p>
    <w:p w14:paraId="5E2557ED" w14:textId="77777777" w:rsidR="000F51F6" w:rsidRDefault="0092268F">
      <w:r>
        <w:t>денежные средства в сумме ______________________________________________</w:t>
      </w:r>
      <w:r>
        <w:br/>
        <w:t>_______________</w:t>
      </w:r>
      <w:r>
        <w:t>_________________________________________________ рублей</w:t>
      </w:r>
      <w:r>
        <w:br/>
        <w:t>(сумма цифрами и прописью)</w:t>
      </w:r>
      <w:r>
        <w:br/>
        <w:t>________ копеек наличными в качестве займа.</w:t>
      </w:r>
    </w:p>
    <w:p w14:paraId="59AB0DB1" w14:textId="77777777" w:rsidR="000F51F6" w:rsidRDefault="0092268F">
      <w:r>
        <w:t>Указанную сумму получил(а) полностью в день составления настоящей расписки. Заем является беспроцентным. Проценты за пользование</w:t>
      </w:r>
      <w:r>
        <w:t xml:space="preserve"> суммой займа не начисляются.</w:t>
      </w:r>
    </w:p>
    <w:p w14:paraId="12391D0A" w14:textId="77777777" w:rsidR="000F51F6" w:rsidRDefault="0092268F">
      <w:pPr>
        <w:spacing w:after="280"/>
      </w:pPr>
      <w:r>
        <w:t>Обязуюсь вернуть всю полученную сумму не позднее «____» ______________ 20____ г. наличными займодавцу с получением письменного подтверждения возврата. Досрочный возврат полностью или частично допускается.</w:t>
      </w:r>
    </w:p>
    <w:p w14:paraId="341BC507" w14:textId="77777777" w:rsidR="000F51F6" w:rsidRDefault="0092268F">
      <w:pPr>
        <w:spacing w:after="0"/>
      </w:pPr>
      <w:r>
        <w:t>Заемщик: ____________</w:t>
      </w:r>
      <w:r>
        <w:t>________ / _________________________________________</w:t>
      </w:r>
      <w:r>
        <w:br/>
        <w:t xml:space="preserve">                     подпись                              Ф. И. О. полностью</w:t>
      </w:r>
    </w:p>
    <w:sectPr w:rsidR="000F51F6" w:rsidSect="00034616">
      <w:pgSz w:w="12240" w:h="15840"/>
      <w:pgMar w:top="1008" w:right="1123" w:bottom="1008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1F6"/>
    <w:rsid w:val="0015074B"/>
    <w:rsid w:val="0029639D"/>
    <w:rsid w:val="00326F90"/>
    <w:rsid w:val="0092268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1B23D8"/>
  <w14:defaultImageDpi w14:val="300"/>
  <w15:docId w15:val="{FE14B3AE-AC6D-4830-806D-367682B9C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keepLines/>
      <w:spacing w:after="180" w:line="252" w:lineRule="auto"/>
    </w:pPr>
    <w:rPr>
      <w:rFonts w:ascii="Arial" w:eastAsia="Arial" w:hAnsi="Arial"/>
      <w:color w:val="000000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after="360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Долговая расписка</dc:title>
  <dc:subject>Бланк получения наличных взаймы без процентов между гражданами</dc:subject>
  <dc:creator/>
  <cp:keywords/>
  <dc:description>generated by python-docx</dc:description>
  <cp:lastModifiedBy>Есхат</cp:lastModifiedBy>
  <cp:revision>2</cp:revision>
  <dcterms:created xsi:type="dcterms:W3CDTF">2013-12-23T23:15:00Z</dcterms:created>
  <dcterms:modified xsi:type="dcterms:W3CDTF">2026-10-04T10:26:00Z</dcterms:modified>
  <cp:category/>
</cp:coreProperties>
</file>