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2F69" w14:textId="77777777" w:rsidR="00147585" w:rsidRPr="00A15FA4" w:rsidRDefault="00866E72" w:rsidP="00A15FA4">
      <w:pPr>
        <w:jc w:val="center"/>
        <w:rPr>
          <w:lang w:val="ru-RU"/>
        </w:rPr>
      </w:pPr>
      <w:r w:rsidRPr="00A15FA4">
        <w:rPr>
          <w:lang w:val="ru-RU"/>
        </w:rPr>
        <w:t>ДОГОВОР ПРОЦЕНТНОГО ЗАЙМА (между физическими лицами)</w:t>
      </w:r>
    </w:p>
    <w:p w14:paraId="05DEC65C" w14:textId="536FDBBC" w:rsidR="00147585" w:rsidRPr="00A15FA4" w:rsidRDefault="00866E72" w:rsidP="00A15FA4">
      <w:pPr>
        <w:tabs>
          <w:tab w:val="left" w:pos="6946"/>
        </w:tabs>
        <w:rPr>
          <w:lang w:val="ru-RU"/>
        </w:rPr>
      </w:pPr>
      <w:r w:rsidRPr="00A15FA4">
        <w:rPr>
          <w:lang w:val="ru-RU"/>
        </w:rPr>
        <w:t>г. [</w:t>
      </w:r>
      <w:proofErr w:type="gramStart"/>
      <w:r w:rsidRPr="00A15FA4">
        <w:rPr>
          <w:lang w:val="ru-RU"/>
        </w:rPr>
        <w:t xml:space="preserve">город]   </w:t>
      </w:r>
      <w:proofErr w:type="gramEnd"/>
      <w:r w:rsidRPr="00A15FA4">
        <w:rPr>
          <w:lang w:val="ru-RU"/>
        </w:rPr>
        <w:t xml:space="preserve">                                                     </w:t>
      </w:r>
      <w:r w:rsidR="00A15FA4">
        <w:rPr>
          <w:lang w:val="ru-RU"/>
        </w:rPr>
        <w:tab/>
      </w:r>
      <w:r w:rsidR="00A15FA4">
        <w:rPr>
          <w:lang w:val="ru-RU"/>
        </w:rPr>
        <w:tab/>
      </w:r>
      <w:r w:rsidRPr="00A15FA4">
        <w:rPr>
          <w:lang w:val="ru-RU"/>
        </w:rPr>
        <w:t>«___» __________ 20__ г.</w:t>
      </w:r>
    </w:p>
    <w:p w14:paraId="4E6C6A86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Гражданин [Ф. И. О. Займодавца], паспорт серия ____ № _______, выдан [когда, кем], зарегистрированный по адресу: [адрес регистрации], именуемый в дальнейшем «Займодавец», с одной стороны, и гражданин [Ф. И. О. Заёмщика], паспорт серия ____ № _______, выдан [когда, кем], зарегистрированный по адресу: [адрес регистрации], именуемый в дальнейшем «Заёмщик», с другой стороны, совместно именуемые «Стороны», заключили настоящий договор (далее — «Договор») о нижеследующем:</w:t>
      </w:r>
    </w:p>
    <w:p w14:paraId="303F6BE0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1. Предмет договора</w:t>
      </w:r>
    </w:p>
    <w:p w14:paraId="0C1A3803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1.1. Займодавец передаёт Заёмщику в день подписания настоящего Договора денежные средства в размере [__________] (________________________) рублей, а Заёмщик обязуется вернуть указанную сумму и уплатить проценты в порядке и сроки, установленные настоящим Договором.</w:t>
      </w:r>
    </w:p>
    <w:p w14:paraId="64E37114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1.2. Денежные средства передаются Заёмщику наличными/безналичным переводом (нужное отметить) в день подписания Акта‑расписки о получении денежных средств (Приложение № 1).</w:t>
      </w:r>
    </w:p>
    <w:p w14:paraId="0475E9A1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2. Срок и порядок возврата займа</w:t>
      </w:r>
    </w:p>
    <w:p w14:paraId="3A908567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2.1. Срок пользования займом составляет [___] месяцев и истекает «___» __________ 20__ г.</w:t>
      </w:r>
    </w:p>
    <w:p w14:paraId="555A97EF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2.2. Заёмщик возвращает сумму займа и проценты по графику платежей (Приложение № 2). При безналичном возврате в назначении платежа указывается: «Возврат займа, проценты по договору № ___ от ___».</w:t>
      </w:r>
    </w:p>
    <w:p w14:paraId="0F838BA9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2.3. Заёмщик вправе досрочно вернуть всю или часть суммы займа с одновременной выплатой начисленных процентов, уведомив Займодавца не менее чем за 5 (пять) календарных дней.</w:t>
      </w:r>
    </w:p>
    <w:p w14:paraId="44919215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3. Проценты за пользование займом</w:t>
      </w:r>
    </w:p>
    <w:p w14:paraId="1F9E189B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3.1. Заём является процентным. Стороны устанавливают фиксированную ставку [____]</w:t>
      </w:r>
      <w:r>
        <w:t> </w:t>
      </w:r>
      <w:r w:rsidRPr="00A15FA4">
        <w:rPr>
          <w:lang w:val="ru-RU"/>
        </w:rPr>
        <w:t>% (________ процентов) годовых на остаток основного долга.</w:t>
      </w:r>
    </w:p>
    <w:p w14:paraId="0F22B825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3.2. Проценты начисляются ежедневно на фактический остаток суммы займа исходя из 365/366‑дневного года и выплачиваются ежемесячно не позднее «___» числа месяца, следующего за расчётным.</w:t>
      </w:r>
    </w:p>
    <w:p w14:paraId="41FF2202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3.3. В случае просрочки выплаты процентов начисление процентов продолжается до фактического погашения основного долга и процентов.</w:t>
      </w:r>
    </w:p>
    <w:p w14:paraId="73C873E6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4. Права и обязанности Сторон</w:t>
      </w:r>
    </w:p>
    <w:p w14:paraId="6C134234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4.1. Заёмщик обязуется:</w:t>
      </w:r>
      <w:r w:rsidRPr="00A15FA4">
        <w:rPr>
          <w:lang w:val="ru-RU"/>
        </w:rPr>
        <w:br/>
        <w:t>• своевременно выплачивать проценты и основную сумму займа по графику;</w:t>
      </w:r>
      <w:r w:rsidRPr="00A15FA4">
        <w:rPr>
          <w:lang w:val="ru-RU"/>
        </w:rPr>
        <w:br/>
        <w:t>• уведомлять Займодавца о смене реквизитов в 3‑дневный срок.</w:t>
      </w:r>
    </w:p>
    <w:p w14:paraId="39DFA446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lastRenderedPageBreak/>
        <w:t>4.2. Займодавец вправе:</w:t>
      </w:r>
      <w:r w:rsidRPr="00A15FA4">
        <w:rPr>
          <w:lang w:val="ru-RU"/>
        </w:rPr>
        <w:br/>
        <w:t>• требовать уплаты процентов и возврата займа в сроки, установленные Договором;</w:t>
      </w:r>
      <w:r w:rsidRPr="00A15FA4">
        <w:rPr>
          <w:lang w:val="ru-RU"/>
        </w:rPr>
        <w:br/>
        <w:t>• при просрочке любой очередной выплаты потребовать досрочного возврата всей оставшейся суммы долга (п. 2 ст. 811 ГК РФ).</w:t>
      </w:r>
    </w:p>
    <w:p w14:paraId="53ADF41C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5. Ответственность</w:t>
      </w:r>
    </w:p>
    <w:p w14:paraId="537AB87A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5.1. За просрочку возврата суммы займа или уплаты процентов Заёмщик уплачивает неустойку в размере 0,05</w:t>
      </w:r>
      <w:r>
        <w:t> </w:t>
      </w:r>
      <w:r w:rsidRPr="00A15FA4">
        <w:rPr>
          <w:lang w:val="ru-RU"/>
        </w:rPr>
        <w:t>% от суммы просроченного обязательства за каждый день просрочки, но не более 10</w:t>
      </w:r>
      <w:r>
        <w:t> </w:t>
      </w:r>
      <w:r w:rsidRPr="00A15FA4">
        <w:rPr>
          <w:lang w:val="ru-RU"/>
        </w:rPr>
        <w:t>% суммы займа.</w:t>
      </w:r>
    </w:p>
    <w:p w14:paraId="26040626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5.2. Уплата неустойки не освобождает Заёмщика от исполнения основного обязательства.</w:t>
      </w:r>
    </w:p>
    <w:p w14:paraId="036CB3E1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6. Форс‑мажор</w:t>
      </w:r>
    </w:p>
    <w:p w14:paraId="7C3D6A91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6.1. Стороны освобождаются от ответственности за неисполнение обязательств при обстоятельствах непреодолимой силы. Сторона, попавшая под воздействие форс‑мажора, обязана уведомить другую Сторону в 3‑дневный срок.</w:t>
      </w:r>
    </w:p>
    <w:p w14:paraId="5B2E46D8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7. Порядок урегулирования споров</w:t>
      </w:r>
    </w:p>
    <w:p w14:paraId="1960A436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7.1. Споры решаются переговорным путём; при недостижении соглашения — в суде по месту жительства ответчика.</w:t>
      </w:r>
    </w:p>
    <w:p w14:paraId="2B8879FE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t>8. Заключительные положения</w:t>
      </w:r>
    </w:p>
    <w:p w14:paraId="2DBCDEF7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8.1. Договор составлен в двух экземплярах, имеющих равную юридическую силу.</w:t>
      </w:r>
      <w:r w:rsidRPr="00A15FA4">
        <w:rPr>
          <w:lang w:val="ru-RU"/>
        </w:rPr>
        <w:br/>
        <w:t>8.2. Во всём, не урегулированном Договором, Стороны руководствуются Гражданским кодексом Российской Федерации.</w:t>
      </w:r>
    </w:p>
    <w:p w14:paraId="41C26D77" w14:textId="77777777" w:rsidR="00147585" w:rsidRDefault="00866E72">
      <w:r w:rsidRPr="00A15FA4">
        <w:rPr>
          <w:lang w:val="ru-RU"/>
        </w:rPr>
        <w:br/>
      </w:r>
      <w:r w:rsidRPr="00A15FA4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47585" w14:paraId="122971A4" w14:textId="77777777">
        <w:tc>
          <w:tcPr>
            <w:tcW w:w="4320" w:type="dxa"/>
          </w:tcPr>
          <w:p w14:paraId="5AEE4FDC" w14:textId="77777777" w:rsidR="00147585" w:rsidRDefault="00866E72">
            <w:r>
              <w:t>Займодавец</w:t>
            </w:r>
          </w:p>
        </w:tc>
        <w:tc>
          <w:tcPr>
            <w:tcW w:w="4320" w:type="dxa"/>
          </w:tcPr>
          <w:p w14:paraId="037A9EC4" w14:textId="77777777" w:rsidR="00147585" w:rsidRDefault="00866E72">
            <w:r>
              <w:t>Заёмщик</w:t>
            </w:r>
          </w:p>
        </w:tc>
      </w:tr>
      <w:tr w:rsidR="00147585" w14:paraId="00A913F1" w14:textId="77777777">
        <w:tc>
          <w:tcPr>
            <w:tcW w:w="4320" w:type="dxa"/>
          </w:tcPr>
          <w:p w14:paraId="5AF9490A" w14:textId="77777777" w:rsidR="00147585" w:rsidRDefault="00866E72">
            <w:r>
              <w:t>_______________/____________________</w:t>
            </w:r>
          </w:p>
        </w:tc>
        <w:tc>
          <w:tcPr>
            <w:tcW w:w="4320" w:type="dxa"/>
          </w:tcPr>
          <w:p w14:paraId="2873E1C5" w14:textId="77777777" w:rsidR="00147585" w:rsidRDefault="00866E72">
            <w:r>
              <w:t>_______________/____________________</w:t>
            </w:r>
          </w:p>
        </w:tc>
      </w:tr>
    </w:tbl>
    <w:p w14:paraId="716EC210" w14:textId="77777777" w:rsidR="00147585" w:rsidRDefault="00866E72">
      <w:r>
        <w:br w:type="page"/>
      </w:r>
    </w:p>
    <w:p w14:paraId="4117E4E3" w14:textId="77777777" w:rsidR="00147585" w:rsidRDefault="00866E72" w:rsidP="00A15FA4">
      <w:r>
        <w:lastRenderedPageBreak/>
        <w:t>Приложение № 1</w:t>
      </w:r>
    </w:p>
    <w:p w14:paraId="4CB4AE42" w14:textId="77777777" w:rsidR="00147585" w:rsidRPr="00A15FA4" w:rsidRDefault="00866E72">
      <w:pPr>
        <w:jc w:val="center"/>
        <w:rPr>
          <w:lang w:val="ru-RU"/>
        </w:rPr>
      </w:pPr>
      <w:r w:rsidRPr="00A15FA4">
        <w:rPr>
          <w:lang w:val="ru-RU"/>
        </w:rPr>
        <w:t>АКТ‑РАСПИСКА о получении денежных средств</w:t>
      </w:r>
    </w:p>
    <w:p w14:paraId="4A8DF2FE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г. [</w:t>
      </w:r>
      <w:proofErr w:type="gramStart"/>
      <w:r w:rsidRPr="00A15FA4">
        <w:rPr>
          <w:lang w:val="ru-RU"/>
        </w:rPr>
        <w:t xml:space="preserve">город]   </w:t>
      </w:r>
      <w:proofErr w:type="gramEnd"/>
      <w:r w:rsidRPr="00A15FA4">
        <w:rPr>
          <w:lang w:val="ru-RU"/>
        </w:rPr>
        <w:t xml:space="preserve">                                                     «___» __________ 20__ г.</w:t>
      </w:r>
    </w:p>
    <w:p w14:paraId="42AFCC05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Я, [Ф. И. О. Заёмщика], паспорт серия ____ № _______, выдан [когда, кем], зарегистрированный по адресу: [адрес], подтверждаю получение от [Ф. И. О. Займодавца], паспорт серия ____ № _______, выдан [когда, кем], денежных средств в сумме [__________] (________________________) рублей в порядке и на условиях договора процентного займа № ___ от «___» __________ 20__ г.</w:t>
      </w:r>
    </w:p>
    <w:p w14:paraId="6D32BC2C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t>Деньги получил полностью, претензий не имею.</w:t>
      </w:r>
    </w:p>
    <w:p w14:paraId="4E69D474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br/>
        <w:t>Подпись Заёмщика: _______________/____________________</w:t>
      </w:r>
    </w:p>
    <w:p w14:paraId="4D083258" w14:textId="77777777" w:rsidR="00147585" w:rsidRPr="00A15FA4" w:rsidRDefault="00866E72">
      <w:pPr>
        <w:rPr>
          <w:lang w:val="ru-RU"/>
        </w:rPr>
      </w:pPr>
      <w:r w:rsidRPr="00A15FA4">
        <w:rPr>
          <w:lang w:val="ru-RU"/>
        </w:rPr>
        <w:br w:type="page"/>
      </w:r>
    </w:p>
    <w:p w14:paraId="4E802964" w14:textId="77777777" w:rsidR="00147585" w:rsidRPr="00A15FA4" w:rsidRDefault="00866E72" w:rsidP="00A15FA4">
      <w:pPr>
        <w:rPr>
          <w:lang w:val="ru-RU"/>
        </w:rPr>
      </w:pPr>
      <w:r w:rsidRPr="00A15FA4">
        <w:rPr>
          <w:lang w:val="ru-RU"/>
        </w:rPr>
        <w:lastRenderedPageBreak/>
        <w:t>Приложение № 2</w:t>
      </w:r>
    </w:p>
    <w:p w14:paraId="25C0CFD9" w14:textId="77777777" w:rsidR="00147585" w:rsidRPr="00A15FA4" w:rsidRDefault="00866E72">
      <w:pPr>
        <w:jc w:val="center"/>
        <w:rPr>
          <w:lang w:val="ru-RU"/>
        </w:rPr>
      </w:pPr>
      <w:r w:rsidRPr="00A15FA4">
        <w:rPr>
          <w:lang w:val="ru-RU"/>
        </w:rPr>
        <w:t>ГРАФИК ПЛАТЕЖЕЙ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47585" w14:paraId="26467B85" w14:textId="77777777" w:rsidTr="00A15FA4">
        <w:tc>
          <w:tcPr>
            <w:tcW w:w="2880" w:type="dxa"/>
          </w:tcPr>
          <w:p w14:paraId="70F28E99" w14:textId="77777777" w:rsidR="00147585" w:rsidRDefault="00866E72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платежа</w:t>
            </w:r>
            <w:proofErr w:type="spellEnd"/>
          </w:p>
        </w:tc>
        <w:tc>
          <w:tcPr>
            <w:tcW w:w="2880" w:type="dxa"/>
          </w:tcPr>
          <w:p w14:paraId="24556A76" w14:textId="77777777" w:rsidR="00147585" w:rsidRDefault="00866E72">
            <w:r>
              <w:t>Сумма основного долга, ₽</w:t>
            </w:r>
          </w:p>
        </w:tc>
        <w:tc>
          <w:tcPr>
            <w:tcW w:w="2880" w:type="dxa"/>
          </w:tcPr>
          <w:p w14:paraId="7BE1F37A" w14:textId="77777777" w:rsidR="00147585" w:rsidRDefault="00866E72">
            <w:r>
              <w:t>Сумма процентов, ₽</w:t>
            </w:r>
          </w:p>
        </w:tc>
      </w:tr>
      <w:tr w:rsidR="00147585" w14:paraId="1DB38551" w14:textId="77777777" w:rsidTr="00A15FA4">
        <w:tc>
          <w:tcPr>
            <w:tcW w:w="2880" w:type="dxa"/>
          </w:tcPr>
          <w:p w14:paraId="78FD5BE1" w14:textId="77777777" w:rsidR="00147585" w:rsidRDefault="00866E72">
            <w:r>
              <w:t>___/___/20__</w:t>
            </w:r>
          </w:p>
        </w:tc>
        <w:tc>
          <w:tcPr>
            <w:tcW w:w="2880" w:type="dxa"/>
          </w:tcPr>
          <w:p w14:paraId="2ABABA48" w14:textId="77777777" w:rsidR="00147585" w:rsidRDefault="00866E72">
            <w:r>
              <w:t>_______</w:t>
            </w:r>
          </w:p>
        </w:tc>
        <w:tc>
          <w:tcPr>
            <w:tcW w:w="2880" w:type="dxa"/>
          </w:tcPr>
          <w:p w14:paraId="5889133A" w14:textId="77777777" w:rsidR="00147585" w:rsidRDefault="00866E72">
            <w:r>
              <w:t>_______</w:t>
            </w:r>
          </w:p>
        </w:tc>
      </w:tr>
      <w:tr w:rsidR="00147585" w14:paraId="5102F17D" w14:textId="77777777" w:rsidTr="00A15FA4">
        <w:tc>
          <w:tcPr>
            <w:tcW w:w="2880" w:type="dxa"/>
          </w:tcPr>
          <w:p w14:paraId="0B0E47D3" w14:textId="77777777" w:rsidR="00147585" w:rsidRDefault="00866E72">
            <w:r>
              <w:t>___/___/20__</w:t>
            </w:r>
          </w:p>
        </w:tc>
        <w:tc>
          <w:tcPr>
            <w:tcW w:w="2880" w:type="dxa"/>
          </w:tcPr>
          <w:p w14:paraId="3DE6237F" w14:textId="77777777" w:rsidR="00147585" w:rsidRDefault="00866E72">
            <w:r>
              <w:t>_______</w:t>
            </w:r>
          </w:p>
        </w:tc>
        <w:tc>
          <w:tcPr>
            <w:tcW w:w="2880" w:type="dxa"/>
          </w:tcPr>
          <w:p w14:paraId="40ECA1AB" w14:textId="77777777" w:rsidR="00147585" w:rsidRDefault="00866E72">
            <w:r>
              <w:t>_______</w:t>
            </w:r>
          </w:p>
        </w:tc>
      </w:tr>
      <w:tr w:rsidR="00147585" w14:paraId="7AFF7D98" w14:textId="77777777" w:rsidTr="00A15FA4">
        <w:tc>
          <w:tcPr>
            <w:tcW w:w="2880" w:type="dxa"/>
          </w:tcPr>
          <w:p w14:paraId="78F7367A" w14:textId="77777777" w:rsidR="00147585" w:rsidRDefault="00866E72">
            <w:r>
              <w:t>___/___/20__</w:t>
            </w:r>
          </w:p>
        </w:tc>
        <w:tc>
          <w:tcPr>
            <w:tcW w:w="2880" w:type="dxa"/>
          </w:tcPr>
          <w:p w14:paraId="3EF1E001" w14:textId="77777777" w:rsidR="00147585" w:rsidRDefault="00866E72">
            <w:r>
              <w:t>_______</w:t>
            </w:r>
          </w:p>
        </w:tc>
        <w:tc>
          <w:tcPr>
            <w:tcW w:w="2880" w:type="dxa"/>
          </w:tcPr>
          <w:p w14:paraId="602B5F9A" w14:textId="77777777" w:rsidR="00147585" w:rsidRDefault="00866E72">
            <w:r>
              <w:t>_______</w:t>
            </w:r>
          </w:p>
        </w:tc>
      </w:tr>
    </w:tbl>
    <w:p w14:paraId="36822A94" w14:textId="283C0284" w:rsidR="00866E72" w:rsidRDefault="00866E72"/>
    <w:p w14:paraId="21394338" w14:textId="2CD476D7" w:rsidR="00E8414F" w:rsidRDefault="00E8414F"/>
    <w:p w14:paraId="6DDFD21F" w14:textId="3E8CDC0F" w:rsidR="00E8414F" w:rsidRDefault="00E8414F"/>
    <w:p w14:paraId="6AD34AA0" w14:textId="77777777" w:rsidR="00E8414F" w:rsidRPr="00E8414F" w:rsidRDefault="00E8414F" w:rsidP="00E8414F">
      <w:pPr>
        <w:rPr>
          <w:color w:val="FF0000"/>
          <w:lang w:val="ru-RU"/>
        </w:rPr>
      </w:pPr>
      <w:r>
        <w:rPr>
          <w:color w:val="FF0000"/>
          <w:lang w:val="ru-RU"/>
        </w:rPr>
        <w:t>Памятка к образцу</w:t>
      </w:r>
    </w:p>
    <w:p w14:paraId="46E2BC68" w14:textId="77777777" w:rsidR="00E8414F" w:rsidRPr="00E8414F" w:rsidRDefault="00E8414F" w:rsidP="00E8414F">
      <w:pPr>
        <w:rPr>
          <w:color w:val="FF0000"/>
        </w:rPr>
      </w:pPr>
      <w:r>
        <w:rPr>
          <w:color w:val="FF0000"/>
          <w:lang w:val="ru-RU"/>
        </w:rPr>
        <w:t>Заполните реквизиты и согласуйте условия с другой стороной. Отдельно подтвердите фактическую передачу и возврат денег. Этот образец не проходил независимую проверку юристом; для конкретной сделки может потребоваться адаптация.</w:t>
      </w:r>
    </w:p>
    <w:bookmarkEnd w:id="1"/>
    <w:sectPr w:rsidR="00E8414F" w:rsidSect="00A15FA4">
      <w:pgSz w:w="12240" w:h="15840"/>
      <w:pgMar w:top="993" w:right="9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1C3C1D"/>
    <w:multiLevelType w:val="hybridMultilevel"/>
    <w:tmpl w:val="D42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585"/>
    <w:rsid w:val="0015074B"/>
    <w:rsid w:val="0029639D"/>
    <w:rsid w:val="00326F90"/>
    <w:rsid w:val="00866E72"/>
    <w:rsid w:val="00A15FA4"/>
    <w:rsid w:val="00AA1D8D"/>
    <w:rsid w:val="00B47730"/>
    <w:rsid w:val="00CB0664"/>
    <w:rsid w:val="00E841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EEEA11"/>
  <w14:defaultImageDpi w14:val="300"/>
  <w15:docId w15:val="{5ECCA426-A0C2-453A-82C5-11460D1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841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ebitorka.bi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Esk</cp:lastModifiedBy>
  <cp:revision>3</cp:revision>
  <dcterms:created xsi:type="dcterms:W3CDTF">2013-12-23T23:15:00Z</dcterms:created>
  <dcterms:modified xsi:type="dcterms:W3CDTF">2025-06-16T10:56:00Z</dcterms:modified>
  <cp:category/>
</cp:coreProperties>
</file>