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94029" w14:textId="0D7BA992" w:rsidR="00F54979" w:rsidRPr="00392281" w:rsidRDefault="00392281" w:rsidP="00392281">
      <w:pPr>
        <w:jc w:val="center"/>
        <w:rPr>
          <w:lang w:val="ru-RU"/>
        </w:rPr>
      </w:pPr>
      <w:r w:rsidRPr="00392281">
        <w:rPr>
          <w:lang w:val="ru-RU"/>
        </w:rPr>
        <w:t>ДОГОВОР БЕСПРОЦЕНТНОГО ЗАЙМА</w:t>
      </w:r>
      <w:r w:rsidRPr="00392281">
        <w:rPr>
          <w:lang w:val="ru-RU"/>
        </w:rPr>
        <w:br/>
      </w:r>
    </w:p>
    <w:p w14:paraId="570F4E8B" w14:textId="5C250BCC" w:rsidR="00F54979" w:rsidRPr="00392281" w:rsidRDefault="00392281" w:rsidP="00392281">
      <w:pPr>
        <w:tabs>
          <w:tab w:val="left" w:pos="7513"/>
        </w:tabs>
        <w:rPr>
          <w:lang w:val="ru-RU"/>
        </w:rPr>
      </w:pPr>
      <w:r w:rsidRPr="00392281">
        <w:rPr>
          <w:lang w:val="ru-RU"/>
        </w:rPr>
        <w:t>г. [</w:t>
      </w:r>
      <w:proofErr w:type="gramStart"/>
      <w:r w:rsidRPr="00392281">
        <w:rPr>
          <w:lang w:val="ru-RU"/>
        </w:rPr>
        <w:t xml:space="preserve">город]   </w:t>
      </w:r>
      <w:proofErr w:type="gramEnd"/>
      <w:r w:rsidRPr="00392281">
        <w:rPr>
          <w:lang w:val="ru-RU"/>
        </w:rPr>
        <w:t xml:space="preserve">                                                     </w:t>
      </w:r>
      <w:r>
        <w:rPr>
          <w:lang w:val="ru-RU"/>
        </w:rPr>
        <w:tab/>
      </w:r>
      <w:r w:rsidRPr="00392281">
        <w:rPr>
          <w:lang w:val="ru-RU"/>
        </w:rPr>
        <w:t>«___» __________ 20__ г.</w:t>
      </w:r>
    </w:p>
    <w:p w14:paraId="014508D6" w14:textId="77777777" w:rsidR="00F54979" w:rsidRPr="00392281" w:rsidRDefault="00392281">
      <w:pPr>
        <w:rPr>
          <w:lang w:val="ru-RU"/>
        </w:rPr>
      </w:pPr>
      <w:r w:rsidRPr="00392281">
        <w:rPr>
          <w:lang w:val="ru-RU"/>
        </w:rPr>
        <w:t>Общество с ограниченной ответственностью «[Наименование ООО‑1]», ОГРН ____________, ИНН ____________, расположенное по адресу: [юридический адрес], в лице Генерального директора [Ф. И. О.], действующего на основании Устава, именуемое в дальнейшем «Займодавец», с одной стороны, и Общество с ограниченной ответственностью «[Наименование ООО‑2]», ОГРН ____________, ИНН ____________, расположенное по адресу: [юридический адрес], в лице Генерального директора [Ф. И. О.], действующего на основании Устава, именуемое в дальнейшем «Заёмщик», с другой стороны, совместно именуемые «Стороны», заключили настоящий договор беспроцентного займа (далее — «Договор») о нижеследующем:</w:t>
      </w:r>
    </w:p>
    <w:p w14:paraId="5070A127" w14:textId="77777777" w:rsidR="00F54979" w:rsidRPr="00392281" w:rsidRDefault="00392281" w:rsidP="00392281">
      <w:pPr>
        <w:rPr>
          <w:lang w:val="ru-RU"/>
        </w:rPr>
      </w:pPr>
      <w:r w:rsidRPr="00392281">
        <w:rPr>
          <w:lang w:val="ru-RU"/>
        </w:rPr>
        <w:t>1. Предмет договора</w:t>
      </w:r>
    </w:p>
    <w:p w14:paraId="0BE343D7" w14:textId="77777777" w:rsidR="00F54979" w:rsidRPr="00392281" w:rsidRDefault="00392281">
      <w:pPr>
        <w:rPr>
          <w:lang w:val="ru-RU"/>
        </w:rPr>
      </w:pPr>
      <w:r w:rsidRPr="00392281">
        <w:rPr>
          <w:lang w:val="ru-RU"/>
        </w:rPr>
        <w:t>1.1. Займодавец предоставляет Заёмщику денежные средства в размере [__________] (________________________) рублей в день подписания настоящего Договора, а Заёмщик обязуется возвратить указанную сумму в порядке и сроки, установленные настоящим Договором.</w:t>
      </w:r>
    </w:p>
    <w:p w14:paraId="28AE58E9" w14:textId="77777777" w:rsidR="00F54979" w:rsidRPr="00392281" w:rsidRDefault="00392281">
      <w:pPr>
        <w:rPr>
          <w:lang w:val="ru-RU"/>
        </w:rPr>
      </w:pPr>
      <w:r w:rsidRPr="00392281">
        <w:rPr>
          <w:lang w:val="ru-RU"/>
        </w:rPr>
        <w:t>1.2. Денежные средства передаются Заёмщику безналичным переводом на расчётный счёт Заёмщика либо наличными денежными средствами (нужное отметить) одновременно с подписанием Акта‑приёма‑передачи денежных средств (Приложение № 1).</w:t>
      </w:r>
    </w:p>
    <w:p w14:paraId="4395B943" w14:textId="77777777" w:rsidR="00F54979" w:rsidRPr="00392281" w:rsidRDefault="00392281" w:rsidP="00392281">
      <w:pPr>
        <w:rPr>
          <w:lang w:val="ru-RU"/>
        </w:rPr>
      </w:pPr>
      <w:r w:rsidRPr="00392281">
        <w:rPr>
          <w:lang w:val="ru-RU"/>
        </w:rPr>
        <w:t>2. Срок и порядок возврата займа</w:t>
      </w:r>
    </w:p>
    <w:p w14:paraId="61F11847" w14:textId="77777777" w:rsidR="00F54979" w:rsidRPr="00392281" w:rsidRDefault="00392281">
      <w:pPr>
        <w:rPr>
          <w:lang w:val="ru-RU"/>
        </w:rPr>
      </w:pPr>
      <w:r w:rsidRPr="00392281">
        <w:rPr>
          <w:lang w:val="ru-RU"/>
        </w:rPr>
        <w:t>2.1. Заёмщик обязуется возвратить сумму займа не позднее «___» __________ 20__ г.</w:t>
      </w:r>
    </w:p>
    <w:p w14:paraId="793D4CEE" w14:textId="77777777" w:rsidR="00F54979" w:rsidRPr="00392281" w:rsidRDefault="00392281">
      <w:pPr>
        <w:rPr>
          <w:lang w:val="ru-RU"/>
        </w:rPr>
      </w:pPr>
      <w:r w:rsidRPr="00392281">
        <w:rPr>
          <w:lang w:val="ru-RU"/>
        </w:rPr>
        <w:t>2.2. Заёмщик вправе досрочно погасить сумму займа полностью или частями, уведомив Займодавца не менее чем за 5 (пять) календарных дней до даты возврата.</w:t>
      </w:r>
    </w:p>
    <w:p w14:paraId="3FBD514E" w14:textId="77777777" w:rsidR="00F54979" w:rsidRPr="00392281" w:rsidRDefault="00392281">
      <w:pPr>
        <w:rPr>
          <w:lang w:val="ru-RU"/>
        </w:rPr>
      </w:pPr>
      <w:r w:rsidRPr="00392281">
        <w:rPr>
          <w:lang w:val="ru-RU"/>
        </w:rPr>
        <w:t>2.3. Возврат суммы займа осуществляется безналичным переводом на банковский счёт Займодавца либо наличными денежными средствами (нужное отметить).</w:t>
      </w:r>
    </w:p>
    <w:p w14:paraId="5CE4E724" w14:textId="77777777" w:rsidR="00F54979" w:rsidRPr="00392281" w:rsidRDefault="00392281" w:rsidP="00392281">
      <w:pPr>
        <w:rPr>
          <w:lang w:val="ru-RU"/>
        </w:rPr>
      </w:pPr>
      <w:r w:rsidRPr="00392281">
        <w:rPr>
          <w:lang w:val="ru-RU"/>
        </w:rPr>
        <w:t>3. Безвозмездность займа</w:t>
      </w:r>
    </w:p>
    <w:p w14:paraId="548426B2" w14:textId="77777777" w:rsidR="00F54979" w:rsidRPr="00392281" w:rsidRDefault="00392281">
      <w:pPr>
        <w:rPr>
          <w:lang w:val="ru-RU"/>
        </w:rPr>
      </w:pPr>
      <w:r>
        <w:rPr>
          <w:lang w:val="ru-RU"/>
        </w:rPr>
        <w:t>3.1. По соглашению Сторон заём является беспроцентным. Проценты за пользование суммой займа не начисляются и не уплачиваются.</w:t>
      </w:r>
    </w:p>
    <w:p w14:paraId="6CCD539A" w14:textId="77777777" w:rsidR="00F54979" w:rsidRPr="00392281" w:rsidRDefault="00392281" w:rsidP="00392281">
      <w:pPr>
        <w:rPr>
          <w:lang w:val="ru-RU"/>
        </w:rPr>
      </w:pPr>
      <w:r w:rsidRPr="00392281">
        <w:rPr>
          <w:lang w:val="ru-RU"/>
        </w:rPr>
        <w:t>4. Права и обязанности Сторон</w:t>
      </w:r>
    </w:p>
    <w:p w14:paraId="1C0D2C17" w14:textId="77777777" w:rsidR="00F54979" w:rsidRPr="00392281" w:rsidRDefault="00392281">
      <w:pPr>
        <w:rPr>
          <w:lang w:val="ru-RU"/>
        </w:rPr>
      </w:pPr>
      <w:r w:rsidRPr="00392281">
        <w:rPr>
          <w:lang w:val="ru-RU"/>
        </w:rPr>
        <w:t>4.1. Заёмщик обязуется:</w:t>
      </w:r>
      <w:r w:rsidRPr="00392281">
        <w:rPr>
          <w:lang w:val="ru-RU"/>
        </w:rPr>
        <w:br/>
        <w:t>• использовать полученные средства для осуществления своей хозяйственной деятельности;</w:t>
      </w:r>
      <w:r w:rsidRPr="00392281">
        <w:rPr>
          <w:lang w:val="ru-RU"/>
        </w:rPr>
        <w:br/>
        <w:t>• вернуть сумму займа в срок, указанный в разделе 2;</w:t>
      </w:r>
      <w:r w:rsidRPr="00392281">
        <w:rPr>
          <w:lang w:val="ru-RU"/>
        </w:rPr>
        <w:br/>
        <w:t>• при безналичном возврате указывать назначение платежа: «Возврат беспроцентного займа по договору № ___ от ___»;</w:t>
      </w:r>
      <w:r w:rsidRPr="00392281">
        <w:rPr>
          <w:lang w:val="ru-RU"/>
        </w:rPr>
        <w:br/>
        <w:t>• уведомлять Займодавца о смене банковских реквизитов в 3‑дневный срок.</w:t>
      </w:r>
    </w:p>
    <w:p w14:paraId="40612C9F" w14:textId="77777777" w:rsidR="00F54979" w:rsidRPr="00392281" w:rsidRDefault="00392281">
      <w:pPr>
        <w:rPr>
          <w:lang w:val="ru-RU"/>
        </w:rPr>
      </w:pPr>
      <w:r w:rsidRPr="00392281">
        <w:rPr>
          <w:lang w:val="ru-RU"/>
        </w:rPr>
        <w:t>4.2. Займодавец вправе:</w:t>
      </w:r>
      <w:r w:rsidRPr="00392281">
        <w:rPr>
          <w:lang w:val="ru-RU"/>
        </w:rPr>
        <w:br/>
        <w:t>• требовать своевременного возврата суммы займа;</w:t>
      </w:r>
      <w:r w:rsidRPr="00392281">
        <w:rPr>
          <w:lang w:val="ru-RU"/>
        </w:rPr>
        <w:br/>
        <w:t>• при просрочке возврата потребовать уплаты неустойки, предусмотренной разделом 5.</w:t>
      </w:r>
    </w:p>
    <w:p w14:paraId="6AF9A76D" w14:textId="77777777" w:rsidR="00F54979" w:rsidRPr="00392281" w:rsidRDefault="00392281" w:rsidP="00392281">
      <w:pPr>
        <w:rPr>
          <w:lang w:val="ru-RU"/>
        </w:rPr>
        <w:keepNext/>
      </w:pPr>
      <w:r w:rsidRPr="00392281">
        <w:rPr>
          <w:lang w:val="ru-RU"/>
        </w:rPr>
        <w:t>5. Ответственность</w:t>
      </w:r>
    </w:p>
    <w:p w14:paraId="0698EE5F" w14:textId="77777777" w:rsidR="00F54979" w:rsidRPr="00392281" w:rsidRDefault="00392281">
      <w:pPr>
        <w:rPr>
          <w:lang w:val="ru-RU"/>
        </w:rPr>
      </w:pPr>
      <w:r w:rsidRPr="00392281">
        <w:rPr>
          <w:lang w:val="ru-RU"/>
        </w:rPr>
        <w:lastRenderedPageBreak/>
        <w:t>5.1. Заёмщик уплачивает Займодавцу неустойку в размере 0,03 % от суммы просроченного обязательства за каждый день просрочки, но не более 10 % от суммы займа.</w:t>
      </w:r>
    </w:p>
    <w:p w14:paraId="33FD6A09" w14:textId="77777777" w:rsidR="00F54979" w:rsidRPr="00392281" w:rsidRDefault="00392281">
      <w:pPr>
        <w:rPr>
          <w:lang w:val="ru-RU"/>
        </w:rPr>
      </w:pPr>
      <w:r w:rsidRPr="00392281">
        <w:rPr>
          <w:lang w:val="ru-RU"/>
        </w:rPr>
        <w:t>5.2. Уплата неустойки не освобождает Заёмщика от обязанности возвратить сумму займа.</w:t>
      </w:r>
    </w:p>
    <w:p w14:paraId="1BD9A59A" w14:textId="77777777" w:rsidR="00F54979" w:rsidRPr="00392281" w:rsidRDefault="00392281" w:rsidP="00392281">
      <w:pPr>
        <w:rPr>
          <w:lang w:val="ru-RU"/>
        </w:rPr>
      </w:pPr>
      <w:r w:rsidRPr="00392281">
        <w:rPr>
          <w:lang w:val="ru-RU"/>
        </w:rPr>
        <w:t>6. Форс‑мажор</w:t>
      </w:r>
    </w:p>
    <w:p w14:paraId="07B2BF9E" w14:textId="77777777" w:rsidR="00F54979" w:rsidRPr="00392281" w:rsidRDefault="00392281">
      <w:pPr>
        <w:rPr>
          <w:lang w:val="ru-RU"/>
        </w:rPr>
      </w:pPr>
      <w:r w:rsidRPr="00392281">
        <w:rPr>
          <w:lang w:val="ru-RU"/>
        </w:rPr>
        <w:t>6.1. Стороны освобождаются от ответственности за частичное или полное неисполнение обязательств по настоящему Договору, если такое неисполнение явилось следствием обстоятельств непреодолимой силы. Сторона, для которой возникли такие обстоятельства, обязана уведомить другую Сторону в трёхдневный срок.</w:t>
      </w:r>
    </w:p>
    <w:p w14:paraId="6F6DCC7D" w14:textId="77777777" w:rsidR="00F54979" w:rsidRPr="00392281" w:rsidRDefault="00392281" w:rsidP="00392281">
      <w:pPr>
        <w:rPr>
          <w:lang w:val="ru-RU"/>
        </w:rPr>
      </w:pPr>
      <w:r w:rsidRPr="00392281">
        <w:rPr>
          <w:lang w:val="ru-RU"/>
        </w:rPr>
        <w:t>7. Порядок урегулирования споров</w:t>
      </w:r>
    </w:p>
    <w:p w14:paraId="624ACB2C" w14:textId="77777777" w:rsidR="00F54979" w:rsidRPr="00392281" w:rsidRDefault="00392281">
      <w:pPr>
        <w:rPr>
          <w:lang w:val="ru-RU"/>
        </w:rPr>
      </w:pPr>
      <w:r w:rsidRPr="00392281">
        <w:rPr>
          <w:lang w:val="ru-RU"/>
        </w:rPr>
        <w:t>7.1. Споры и разногласия, возникающие из настоящего Договора, подлежат разрешению путём переговоров. При недостижении согласия спор передаётся в Арбитражный суд по месту нахождения Займодавца.</w:t>
      </w:r>
    </w:p>
    <w:p w14:paraId="6A61493F" w14:textId="77777777" w:rsidR="00F54979" w:rsidRPr="00392281" w:rsidRDefault="00392281" w:rsidP="00392281">
      <w:pPr>
        <w:rPr>
          <w:lang w:val="ru-RU"/>
        </w:rPr>
      </w:pPr>
      <w:r w:rsidRPr="00392281">
        <w:rPr>
          <w:lang w:val="ru-RU"/>
        </w:rPr>
        <w:t>8. Заключительные положения</w:t>
      </w:r>
    </w:p>
    <w:p w14:paraId="3143F62A" w14:textId="77777777" w:rsidR="00F54979" w:rsidRPr="00392281" w:rsidRDefault="00392281">
      <w:pPr>
        <w:rPr>
          <w:lang w:val="ru-RU"/>
        </w:rPr>
      </w:pPr>
      <w:r w:rsidRPr="00392281">
        <w:rPr>
          <w:lang w:val="ru-RU"/>
        </w:rPr>
        <w:t>8.1. Настоящий Договор вступает в силу с момента подписания и действует до полного исполнения Сторонами обязательств.</w:t>
      </w:r>
      <w:r w:rsidRPr="00392281">
        <w:rPr>
          <w:lang w:val="ru-RU"/>
        </w:rPr>
        <w:br/>
        <w:t>8.2. Договор составлен в двух экземплярах равной юридической силы — по одному для каждой из Сторон.</w:t>
      </w:r>
      <w:r w:rsidRPr="00392281">
        <w:rPr>
          <w:lang w:val="ru-RU"/>
        </w:rPr>
        <w:br/>
        <w:t>8.3. В остальном, не урегулированном настоящим Договором, Стороны руководствуются нормами Гражданского кодекса Российской Федерации.</w:t>
      </w:r>
    </w:p>
    <w:p w14:paraId="174781E7" w14:textId="77777777" w:rsidR="00F54979" w:rsidRDefault="00392281">
      <w:r w:rsidRPr="00392281">
        <w:rPr>
          <w:lang w:val="ru-RU"/>
        </w:rPr>
        <w:br/>
      </w:r>
      <w:r w:rsidRPr="00392281">
        <w:rPr>
          <w:lang w:val="ru-RU"/>
        </w:rPr>
        <w:br/>
      </w:r>
      <w:proofErr w:type="spellStart"/>
      <w:r>
        <w:t>Подписи</w:t>
      </w:r>
      <w:proofErr w:type="spellEnd"/>
      <w:r>
        <w:t xml:space="preserve"> </w:t>
      </w:r>
      <w:proofErr w:type="spellStart"/>
      <w:r>
        <w:t>Сторон</w:t>
      </w:r>
      <w:proofErr w:type="spellEnd"/>
      <w:r>
        <w:t>:</w:t>
      </w:r>
      <w:r>
        <w:br/>
      </w:r>
    </w:p>
    <w:tbl>
      <w:tblPr>
        <w:tblW w:w="0" w:type="auto"/>
        <w:tblLook w:val="04A0" w:firstRow="1" w:lastRow="0" w:firstColumn="1" w:lastColumn="0" w:noHBand="0" w:noVBand="1"/>
      </w:tblPr>
      <w:tblGrid>
        <w:gridCol w:w="4320"/>
        <w:gridCol w:w="4320"/>
      </w:tblGrid>
      <w:tr w:rsidR="00F54979" w14:paraId="2DD44FD8" w14:textId="77777777">
        <w:tc>
          <w:tcPr>
            <w:tcW w:w="4320" w:type="dxa"/>
          </w:tcPr>
          <w:p w14:paraId="2D4F29D3" w14:textId="77777777" w:rsidR="00F54979" w:rsidRDefault="00392281">
            <w:r>
              <w:t>Займодавец (ООО‑1)</w:t>
            </w:r>
          </w:p>
        </w:tc>
        <w:tc>
          <w:tcPr>
            <w:tcW w:w="4320" w:type="dxa"/>
          </w:tcPr>
          <w:p w14:paraId="51045240" w14:textId="77777777" w:rsidR="00F54979" w:rsidRDefault="00392281">
            <w:r>
              <w:t>Заёмщик (ООО‑2)</w:t>
            </w:r>
          </w:p>
        </w:tc>
      </w:tr>
      <w:tr w:rsidR="00F54979" w14:paraId="63042337" w14:textId="77777777">
        <w:tc>
          <w:tcPr>
            <w:tcW w:w="4320" w:type="dxa"/>
          </w:tcPr>
          <w:p w14:paraId="4507EF34" w14:textId="77777777" w:rsidR="00F54979" w:rsidRDefault="00392281">
            <w:r>
              <w:t>_______________/____________________</w:t>
            </w:r>
          </w:p>
        </w:tc>
        <w:tc>
          <w:tcPr>
            <w:tcW w:w="4320" w:type="dxa"/>
          </w:tcPr>
          <w:p w14:paraId="5C7080A5" w14:textId="77777777" w:rsidR="00F54979" w:rsidRDefault="00392281">
            <w:r>
              <w:t>_______________/____________________</w:t>
            </w:r>
          </w:p>
        </w:tc>
      </w:tr>
    </w:tbl>
    <w:p w14:paraId="30C7D6B0" w14:textId="77777777" w:rsidR="00F54979" w:rsidRDefault="00392281">
      <w:r>
        <w:br w:type="page"/>
      </w:r>
    </w:p>
    <w:p w14:paraId="7D83F261" w14:textId="77777777" w:rsidR="00F54979" w:rsidRDefault="00392281" w:rsidP="00392281">
      <w:pPr>
        <w:jc w:val="right"/>
      </w:pPr>
      <w:r>
        <w:lastRenderedPageBreak/>
        <w:t>Приложение № 1</w:t>
      </w:r>
    </w:p>
    <w:p w14:paraId="49F66847" w14:textId="77777777" w:rsidR="00F54979" w:rsidRDefault="00392281">
      <w:pPr>
        <w:jc w:val="center"/>
      </w:pPr>
      <w:r>
        <w:t>АКТ‑ПРИЁМА‑ПЕРЕДАЧИ денежных средств</w:t>
      </w:r>
    </w:p>
    <w:p w14:paraId="0D0B3B25" w14:textId="77777777" w:rsidR="00F54979" w:rsidRDefault="00392281">
      <w:r>
        <w:t>г. [город]                                                        «___» __________ 20__ г.</w:t>
      </w:r>
    </w:p>
    <w:p w14:paraId="02E8BBA2" w14:textId="77777777" w:rsidR="00F54979" w:rsidRPr="00392281" w:rsidRDefault="00392281">
      <w:pPr>
        <w:rPr>
          <w:lang w:val="ru-RU"/>
        </w:rPr>
      </w:pPr>
      <w:r w:rsidRPr="00392281">
        <w:rPr>
          <w:lang w:val="ru-RU"/>
        </w:rPr>
        <w:t>Мы, нижеподписавшиеся:</w:t>
      </w:r>
      <w:r w:rsidRPr="00392281">
        <w:rPr>
          <w:lang w:val="ru-RU"/>
        </w:rPr>
        <w:br/>
        <w:t>1. ООО «[Наименование ООО‑1]», ОГРН ____________, ИНН ____________, в лице Генерального директора [Ф. И. О.], далее — «Займодавец»,</w:t>
      </w:r>
      <w:r w:rsidRPr="00392281">
        <w:rPr>
          <w:lang w:val="ru-RU"/>
        </w:rPr>
        <w:br/>
        <w:t>2. ООО «[Наименование ООО‑2]», ОГРН ____________, ИНН ____________, в лице Генерального директора [Ф. И. О.], далее — «Заёмщик»,</w:t>
      </w:r>
      <w:r w:rsidRPr="00392281">
        <w:rPr>
          <w:lang w:val="ru-RU"/>
        </w:rPr>
        <w:br/>
        <w:t>составили настоящий акт о том, что Займодавец передал, а Заёмщик получил денежные средства в сумме [__________] (________________________) рублей по договору беспроцентного займа № ___ от «___» __________ 20__ г.</w:t>
      </w:r>
    </w:p>
    <w:p w14:paraId="3572EA61" w14:textId="77777777" w:rsidR="00F54979" w:rsidRPr="00392281" w:rsidRDefault="00392281">
      <w:pPr>
        <w:rPr>
          <w:lang w:val="ru-RU"/>
        </w:rPr>
      </w:pPr>
      <w:r w:rsidRPr="00392281">
        <w:rPr>
          <w:lang w:val="ru-RU"/>
        </w:rPr>
        <w:t>Денежные средства получены полностью, претензий стороны друг к другу не имеют.</w:t>
      </w:r>
    </w:p>
    <w:p w14:paraId="14964B62" w14:textId="77777777" w:rsidR="00F54979" w:rsidRDefault="00392281">
      <w:r w:rsidRPr="00392281">
        <w:rPr>
          <w:lang w:val="ru-RU"/>
        </w:rPr>
        <w:br/>
      </w:r>
      <w:proofErr w:type="spellStart"/>
      <w:r>
        <w:t>Подпись</w:t>
      </w:r>
      <w:proofErr w:type="spellEnd"/>
      <w:r>
        <w:t xml:space="preserve"> </w:t>
      </w:r>
      <w:proofErr w:type="spellStart"/>
      <w:r>
        <w:t>Займодавца</w:t>
      </w:r>
      <w:proofErr w:type="spellEnd"/>
      <w:r>
        <w:t>: _______________/____________________</w:t>
      </w:r>
    </w:p>
    <w:p w14:paraId="64D6A54C" w14:textId="12C2F3B6" w:rsidR="00F54979" w:rsidRDefault="00392281">
      <w:proofErr w:type="spellStart"/>
      <w:r>
        <w:t>Подпись</w:t>
      </w:r>
      <w:proofErr w:type="spellEnd"/>
      <w:r>
        <w:t xml:space="preserve"> </w:t>
      </w:r>
      <w:proofErr w:type="spellStart"/>
      <w:r>
        <w:t>Заёмщика</w:t>
      </w:r>
      <w:proofErr w:type="spellEnd"/>
      <w:r>
        <w:t>: _______________/____________________</w:t>
      </w:r>
    </w:p>
    <w:p w14:paraId="5C0C3667" w14:textId="5B8FEA7A" w:rsidR="00012C12" w:rsidRDefault="00012C12"/>
    <w:p w14:paraId="3B233B17" w14:textId="519EA2FE" w:rsidR="00012C12" w:rsidRDefault="00012C12"/>
    <w:p w14:paraId="1D1FD673" w14:textId="77777777" w:rsidR="00012C12" w:rsidRPr="00012C12" w:rsidRDefault="00012C12" w:rsidP="00012C12">
      <w:pPr>
        <w:rPr>
          <w:color w:val="FF0000"/>
          <w:lang w:val="ru-RU"/>
        </w:rPr>
      </w:pPr>
      <w:r>
        <w:rPr>
          <w:color w:val="FF0000"/>
          <w:lang w:val="ru-RU"/>
        </w:rPr>
        <w:t>Памятка к образцу</w:t>
      </w:r>
    </w:p>
    <w:p w14:paraId="6972C215" w14:textId="77777777" w:rsidR="00012C12" w:rsidRPr="00012C12" w:rsidRDefault="00012C12" w:rsidP="00012C12">
      <w:pPr>
        <w:rPr>
          <w:color w:val="FF0000"/>
        </w:rPr>
      </w:pPr>
      <w:r>
        <w:rPr>
          <w:color w:val="FF0000"/>
          <w:lang w:val="ru-RU"/>
        </w:rPr>
        <w:t>Заполните реквизиты и согласуйте условия с другой стороной. Отдельно подтвердите фактическую передачу и возврат денег. Этот образец не проходил независимую проверку юристом; для конкретной сделки может потребоваться адаптация.</w:t>
      </w:r>
    </w:p>
    <w:bookmarkEnd w:id="1"/>
    <w:sectPr w:rsidR="00012C12" w:rsidSect="00392281">
      <w:pgSz w:w="12240" w:h="15840"/>
      <w:pgMar w:top="851" w:right="616" w:bottom="709"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71C3C1D"/>
    <w:multiLevelType w:val="hybridMultilevel"/>
    <w:tmpl w:val="D42E6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C12"/>
    <w:rsid w:val="00034616"/>
    <w:rsid w:val="0006063C"/>
    <w:rsid w:val="0015074B"/>
    <w:rsid w:val="0029639D"/>
    <w:rsid w:val="00326F90"/>
    <w:rsid w:val="00392281"/>
    <w:rsid w:val="00AA1D8D"/>
    <w:rsid w:val="00B47730"/>
    <w:rsid w:val="00CB0664"/>
    <w:rsid w:val="00F549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C25BE0"/>
  <w14:defaultImageDpi w14:val="300"/>
  <w15:docId w15:val="{5ECCA426-A0C2-453A-82C5-11460D1A2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012C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ebitorka.bi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Esk</cp:lastModifiedBy>
  <cp:revision>3</cp:revision>
  <dcterms:created xsi:type="dcterms:W3CDTF">2013-12-23T23:15:00Z</dcterms:created>
  <dcterms:modified xsi:type="dcterms:W3CDTF">2025-06-16T10:57:00Z</dcterms:modified>
  <cp:category/>
</cp:coreProperties>
</file>