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9F67" w14:textId="1BB531B1" w:rsidR="00335757" w:rsidRPr="00376F57" w:rsidRDefault="00376F57" w:rsidP="00376F57">
      <w:pPr>
        <w:jc w:val="center"/>
        <w:rPr>
          <w:lang w:val="ru-RU"/>
        </w:rPr>
      </w:pPr>
      <w:r w:rsidRPr="00376F57">
        <w:rPr>
          <w:lang w:val="ru-RU"/>
        </w:rPr>
        <w:t>ДОГОВОР БЕСПРОЦЕНТНОГО ЗАЙМА</w:t>
      </w:r>
      <w:r w:rsidRPr="00376F57">
        <w:rPr>
          <w:lang w:val="ru-RU"/>
        </w:rPr>
        <w:br/>
      </w:r>
    </w:p>
    <w:p w14:paraId="36F8FF5F" w14:textId="11400249" w:rsidR="00335757" w:rsidRPr="00376F57" w:rsidRDefault="00376F57" w:rsidP="00376F57">
      <w:pPr>
        <w:tabs>
          <w:tab w:val="left" w:pos="7655"/>
        </w:tabs>
        <w:rPr>
          <w:lang w:val="ru-RU"/>
        </w:rPr>
      </w:pPr>
      <w:r w:rsidRPr="00376F57">
        <w:rPr>
          <w:lang w:val="ru-RU"/>
        </w:rPr>
        <w:t>г. [</w:t>
      </w:r>
      <w:proofErr w:type="gramStart"/>
      <w:r w:rsidRPr="00376F57">
        <w:rPr>
          <w:lang w:val="ru-RU"/>
        </w:rPr>
        <w:t xml:space="preserve">город]   </w:t>
      </w:r>
      <w:proofErr w:type="gramEnd"/>
      <w:r w:rsidRPr="00376F57">
        <w:rPr>
          <w:lang w:val="ru-RU"/>
        </w:rPr>
        <w:t xml:space="preserve">                                                     </w:t>
      </w:r>
      <w:r>
        <w:rPr>
          <w:lang w:val="ru-RU"/>
        </w:rPr>
        <w:tab/>
      </w:r>
      <w:r w:rsidRPr="00376F57">
        <w:rPr>
          <w:lang w:val="ru-RU"/>
        </w:rPr>
        <w:t>«___» __________ 20__ г.</w:t>
      </w:r>
    </w:p>
    <w:p w14:paraId="0969A7E5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Общество с ограниченной ответственностью «[Наименование ООО]», ОГРН ____________, ИНН ____________, расположенное по адресу: [юридический адрес], в лице Генерального директора [Ф. И. О.], действующего на основании Устава, именуемое в дальнейшем «Займодавец», с одной стороны, и гражданин [Ф. И. О. Заёмщика], паспорт серия ____ № _______, выдан [когда, кем], зарегистрированный по адресу: [адрес регистрации], именуемый в дальнейшем «Заёмщик», с другой стороны, совместно именуемые «Стороны», заключили настоящий договор беспроцентного займа (далее — «Договор») о нижеследующем:</w:t>
      </w:r>
    </w:p>
    <w:p w14:paraId="355AC180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1. Предмет договора</w:t>
      </w:r>
    </w:p>
    <w:p w14:paraId="75BE2603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1.1. Займодавец предоставляет Заёмщику денежные средства в размере [__________] (________________________) рублей в день подписания настоящего Договора, а Заёмщик обязуется возвратить указанную сумму в порядке и сроки, установленные настоящим Договором.</w:t>
      </w:r>
    </w:p>
    <w:p w14:paraId="1AC52B1E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1.2. Денежные средства передаются Заёмщику безналичным переводом на банковский счёт Заёмщика либо наличными денежными средствами (нужное отметить) в день подписания Акта‑расписки о получении денежных средств (Приложение № 1).</w:t>
      </w:r>
    </w:p>
    <w:p w14:paraId="1913D247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2. Срок и порядок возврата займа</w:t>
      </w:r>
    </w:p>
    <w:p w14:paraId="28769FFF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2.1. Заёмщик обязуется возвратить сумму займа не позднее «___» __________ 20__ г.</w:t>
      </w:r>
    </w:p>
    <w:p w14:paraId="69E4C7EF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2.2. Заёмщик вправе досрочно возвратить сумму займа полностью или частями без согласия Займодавца, уведомив Займодавца не менее чем за 5 (пять) календарных дней до даты возврата.</w:t>
      </w:r>
    </w:p>
    <w:p w14:paraId="08D714E9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2.3. Возврат суммы займа осуществляется безналичным переводом на расчётный счёт Займодавца либо наличными денежными средствами (нужное отметить).</w:t>
      </w:r>
    </w:p>
    <w:p w14:paraId="3E49F680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3. Безвозмездность займа</w:t>
      </w:r>
    </w:p>
    <w:p w14:paraId="36826DC2" w14:textId="77777777" w:rsidR="00335757" w:rsidRPr="00376F57" w:rsidRDefault="00376F57">
      <w:pPr>
        <w:rPr>
          <w:lang w:val="ru-RU"/>
        </w:rPr>
      </w:pPr>
      <w:r>
        <w:rPr>
          <w:lang w:val="ru-RU"/>
        </w:rPr>
        <w:t>3.1. По соглашению Сторон заём является беспроцентным. Проценты за пользование суммой займа не начисляются и не уплачиваются.</w:t>
      </w:r>
    </w:p>
    <w:p w14:paraId="44B97C79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4. Права и обязанности Сторон</w:t>
      </w:r>
    </w:p>
    <w:p w14:paraId="1AE9155C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4.1. Заёмщик обязуется:</w:t>
      </w:r>
      <w:r w:rsidRPr="00376F57">
        <w:rPr>
          <w:lang w:val="ru-RU"/>
        </w:rPr>
        <w:br/>
        <w:t>• вернуть сумму займа в срок, указанный в разделе 2;</w:t>
      </w:r>
      <w:r w:rsidRPr="00376F57">
        <w:rPr>
          <w:lang w:val="ru-RU"/>
        </w:rPr>
        <w:br/>
        <w:t>• при безналичном возврате указать в назначении платежа: «Возврат беспроцентного займа по договору № ___ от ___»;</w:t>
      </w:r>
      <w:r w:rsidRPr="00376F57">
        <w:rPr>
          <w:lang w:val="ru-RU"/>
        </w:rPr>
        <w:br/>
        <w:t>• уведомлять Займодавца о смене банковских реквизитов в 3‑дневный срок.</w:t>
      </w:r>
    </w:p>
    <w:p w14:paraId="7AE5375F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lastRenderedPageBreak/>
        <w:t>4.2. Займодавец вправе:</w:t>
      </w:r>
      <w:r w:rsidRPr="00376F57">
        <w:rPr>
          <w:lang w:val="ru-RU"/>
        </w:rPr>
        <w:br/>
        <w:t>• требовать возврата суммы займа в установленный срок;</w:t>
      </w:r>
      <w:r w:rsidRPr="00376F57">
        <w:rPr>
          <w:lang w:val="ru-RU"/>
        </w:rPr>
        <w:br/>
        <w:t>• при просрочке возврата потребовать уплаты неустойки, предусмотренной разделом 5.</w:t>
      </w:r>
    </w:p>
    <w:p w14:paraId="468A2641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5. Ответственность</w:t>
      </w:r>
    </w:p>
    <w:p w14:paraId="3CEA7770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5.1. В случае просрочки возврата суммы займа Заёмщик уплачивает Займодавцу неустойку в размере 0,03</w:t>
      </w:r>
      <w:r>
        <w:t> </w:t>
      </w:r>
      <w:r w:rsidRPr="00376F57">
        <w:rPr>
          <w:lang w:val="ru-RU"/>
        </w:rPr>
        <w:t>% от суммы просроченного обязательства за каждый день просрочки, но не более 10</w:t>
      </w:r>
      <w:r>
        <w:t> </w:t>
      </w:r>
      <w:r w:rsidRPr="00376F57">
        <w:rPr>
          <w:lang w:val="ru-RU"/>
        </w:rPr>
        <w:t>% суммы займа.</w:t>
      </w:r>
    </w:p>
    <w:p w14:paraId="09F4C5C7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5.2. Уплата неустойки не освобождает Заёмщика от обязанности вернуть сумму займа.</w:t>
      </w:r>
    </w:p>
    <w:p w14:paraId="0E541EB7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6. Форс‑мажор</w:t>
      </w:r>
    </w:p>
    <w:p w14:paraId="4C2B0787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6.1. Стороны освобождаются от ответственности за неисполнение обязательств по настоящему Договору в случае наступления обстоятельств непреодолимой силы. Сторона, для которой создалось препятствие, обязана уведомить другую Сторону в трёхдневный срок.</w:t>
      </w:r>
    </w:p>
    <w:p w14:paraId="29CCB6F6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7. Порядок урегулирования споров</w:t>
      </w:r>
    </w:p>
    <w:p w14:paraId="2D93CAF1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7.1. Споры решаются путём переговоров; при недостижении соглашения — в суде по месту нахождения Займодавца.</w:t>
      </w:r>
    </w:p>
    <w:p w14:paraId="19DD55A5" w14:textId="77777777" w:rsidR="00335757" w:rsidRPr="00376F57" w:rsidRDefault="00376F57" w:rsidP="00376F57">
      <w:pPr>
        <w:rPr>
          <w:lang w:val="ru-RU"/>
        </w:rPr>
      </w:pPr>
      <w:r w:rsidRPr="00376F57">
        <w:rPr>
          <w:lang w:val="ru-RU"/>
        </w:rPr>
        <w:t>8. Заключительные положения</w:t>
      </w:r>
    </w:p>
    <w:p w14:paraId="5B2B6977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8.1. Настоящий Договор составлен в двух экземплярах, каждый из которых имеет равную юридическую силу: один для Займодавца, один для Заёмщика.</w:t>
      </w:r>
      <w:r w:rsidRPr="00376F57">
        <w:rPr>
          <w:lang w:val="ru-RU"/>
        </w:rPr>
        <w:br/>
        <w:t>8.2. Во всём, не урегулированном настоящим Договором, Стороны руководствуются Гражданским кодексом Российской Федерации.</w:t>
      </w:r>
    </w:p>
    <w:p w14:paraId="2B79E1DC" w14:textId="77777777" w:rsidR="00335757" w:rsidRDefault="00376F57">
      <w:r w:rsidRPr="00376F57">
        <w:rPr>
          <w:lang w:val="ru-RU"/>
        </w:rPr>
        <w:br/>
      </w:r>
      <w:r w:rsidRPr="00376F57">
        <w:rPr>
          <w:lang w:val="ru-RU"/>
        </w:rPr>
        <w:br/>
      </w:r>
      <w:proofErr w:type="spellStart"/>
      <w:r>
        <w:t>Подписи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:</w:t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35757" w14:paraId="5EEC1556" w14:textId="77777777">
        <w:tc>
          <w:tcPr>
            <w:tcW w:w="4320" w:type="dxa"/>
          </w:tcPr>
          <w:p w14:paraId="7DDA7069" w14:textId="77777777" w:rsidR="00335757" w:rsidRDefault="00376F57">
            <w:r>
              <w:t>Займодавец (ООО)</w:t>
            </w:r>
          </w:p>
        </w:tc>
        <w:tc>
          <w:tcPr>
            <w:tcW w:w="4320" w:type="dxa"/>
          </w:tcPr>
          <w:p w14:paraId="401774E4" w14:textId="77777777" w:rsidR="00335757" w:rsidRDefault="00376F57">
            <w:r>
              <w:t>Заёмщик (ФЛ)</w:t>
            </w:r>
          </w:p>
        </w:tc>
      </w:tr>
      <w:tr w:rsidR="00335757" w14:paraId="6697CAA0" w14:textId="77777777">
        <w:tc>
          <w:tcPr>
            <w:tcW w:w="4320" w:type="dxa"/>
          </w:tcPr>
          <w:p w14:paraId="21FB5B29" w14:textId="77777777" w:rsidR="00335757" w:rsidRDefault="00376F57">
            <w:r>
              <w:t>_______________/____________________</w:t>
            </w:r>
          </w:p>
        </w:tc>
        <w:tc>
          <w:tcPr>
            <w:tcW w:w="4320" w:type="dxa"/>
          </w:tcPr>
          <w:p w14:paraId="42E50258" w14:textId="77777777" w:rsidR="00335757" w:rsidRDefault="00376F57">
            <w:r>
              <w:t>_______________/____________________</w:t>
            </w:r>
          </w:p>
        </w:tc>
      </w:tr>
    </w:tbl>
    <w:p w14:paraId="6845421A" w14:textId="77777777" w:rsidR="00335757" w:rsidRDefault="00376F57">
      <w:r>
        <w:br w:type="page"/>
      </w:r>
    </w:p>
    <w:p w14:paraId="4405C174" w14:textId="77777777" w:rsidR="00335757" w:rsidRDefault="00376F57" w:rsidP="00376F57">
      <w:pPr>
        <w:jc w:val="right"/>
      </w:pPr>
      <w:r>
        <w:lastRenderedPageBreak/>
        <w:t>Приложение № 1</w:t>
      </w:r>
    </w:p>
    <w:p w14:paraId="2BDB4919" w14:textId="77777777" w:rsidR="00335757" w:rsidRPr="00376F57" w:rsidRDefault="00376F57">
      <w:pPr>
        <w:jc w:val="center"/>
        <w:rPr>
          <w:lang w:val="ru-RU"/>
        </w:rPr>
      </w:pPr>
      <w:r w:rsidRPr="00376F57">
        <w:rPr>
          <w:lang w:val="ru-RU"/>
        </w:rPr>
        <w:t>АКТ‑РАСПИСКА о получении денежных средств</w:t>
      </w:r>
    </w:p>
    <w:p w14:paraId="16900246" w14:textId="079CE04D" w:rsidR="00335757" w:rsidRPr="00376F57" w:rsidRDefault="00376F57" w:rsidP="00376F57">
      <w:pPr>
        <w:tabs>
          <w:tab w:val="left" w:pos="7513"/>
        </w:tabs>
        <w:rPr>
          <w:lang w:val="ru-RU"/>
        </w:rPr>
      </w:pPr>
      <w:r w:rsidRPr="00376F57">
        <w:rPr>
          <w:lang w:val="ru-RU"/>
        </w:rPr>
        <w:t>г. [</w:t>
      </w:r>
      <w:proofErr w:type="gramStart"/>
      <w:r w:rsidRPr="00376F57">
        <w:rPr>
          <w:lang w:val="ru-RU"/>
        </w:rPr>
        <w:t xml:space="preserve">город]   </w:t>
      </w:r>
      <w:proofErr w:type="gramEnd"/>
      <w:r w:rsidRPr="00376F57">
        <w:rPr>
          <w:lang w:val="ru-RU"/>
        </w:rPr>
        <w:t xml:space="preserve">                                                     </w:t>
      </w:r>
      <w:r>
        <w:rPr>
          <w:lang w:val="ru-RU"/>
        </w:rPr>
        <w:tab/>
      </w:r>
      <w:r w:rsidRPr="00376F57">
        <w:rPr>
          <w:lang w:val="ru-RU"/>
        </w:rPr>
        <w:t>«___» __________ 20__ г.</w:t>
      </w:r>
    </w:p>
    <w:p w14:paraId="2DB40821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Я, [Ф. И. О. Заёмщика], паспорт серия ____ № _______, выдан [когда, кем], зарегистрированный по адресу: [адрес], подтверждаю получение от ООО «[Наименование]», ОГРН ____________, ИНН ____________, денежных средств в сумме [__________] (________________________) рублей в порядке и на условиях договора беспроцентного займа № ___ от «___» __________ 20__ г.</w:t>
      </w:r>
    </w:p>
    <w:p w14:paraId="6EA8A583" w14:textId="77777777" w:rsidR="00335757" w:rsidRPr="00376F57" w:rsidRDefault="00376F57">
      <w:pPr>
        <w:rPr>
          <w:lang w:val="ru-RU"/>
        </w:rPr>
      </w:pPr>
      <w:r w:rsidRPr="00376F57">
        <w:rPr>
          <w:lang w:val="ru-RU"/>
        </w:rPr>
        <w:t>Деньги получил полностью, претензий не имею.</w:t>
      </w:r>
    </w:p>
    <w:p w14:paraId="56E29663" w14:textId="287E55AE" w:rsidR="00335757" w:rsidRDefault="00376F57">
      <w:r w:rsidRPr="00376F57">
        <w:rPr>
          <w:lang w:val="ru-RU"/>
        </w:rPr>
        <w:br/>
      </w:r>
      <w:proofErr w:type="spellStart"/>
      <w:r>
        <w:t>Подпись</w:t>
      </w:r>
      <w:proofErr w:type="spellEnd"/>
      <w:r>
        <w:t xml:space="preserve"> </w:t>
      </w:r>
      <w:proofErr w:type="spellStart"/>
      <w:r>
        <w:t>Заёмщика</w:t>
      </w:r>
      <w:proofErr w:type="spellEnd"/>
      <w:r>
        <w:t>: _______________/____________________</w:t>
      </w:r>
    </w:p>
    <w:p w14:paraId="11A9B40E" w14:textId="366D2745" w:rsidR="008A1B16" w:rsidRDefault="008A1B16"/>
    <w:p w14:paraId="14886606" w14:textId="4FBEB37E" w:rsidR="008A1B16" w:rsidRDefault="008A1B16"/>
    <w:p w14:paraId="221A9282" w14:textId="77777777" w:rsidR="008A1B16" w:rsidRPr="008A1B16" w:rsidRDefault="008A1B16" w:rsidP="008A1B16">
      <w:pPr>
        <w:rPr>
          <w:color w:val="FF0000"/>
          <w:lang w:val="ru-RU"/>
        </w:rPr>
      </w:pPr>
      <w:r>
        <w:rPr>
          <w:color w:val="FF0000"/>
          <w:lang w:val="ru-RU"/>
        </w:rPr>
        <w:t>Памятка к образцу</w:t>
      </w:r>
    </w:p>
    <w:p w14:paraId="707341EA" w14:textId="77777777" w:rsidR="008A1B16" w:rsidRPr="008A1B16" w:rsidRDefault="008A1B16" w:rsidP="008A1B16">
      <w:pPr>
        <w:rPr>
          <w:color w:val="FF0000"/>
        </w:rPr>
      </w:pPr>
      <w:r>
        <w:rPr>
          <w:color w:val="FF0000"/>
          <w:lang w:val="ru-RU"/>
        </w:rPr>
        <w:t>Заполните реквизиты и согласуйте условия с другой стороной. Отдельно подтвердите фактическую передачу и возврат денег. Этот образец не проходил независимую проверку юристом; для конкретной сделки может потребоваться адаптация.</w:t>
      </w:r>
    </w:p>
    <w:bookmarkEnd w:id="1"/>
    <w:sectPr w:rsidR="008A1B16" w:rsidSect="00376F57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1C3C1D"/>
    <w:multiLevelType w:val="hybridMultilevel"/>
    <w:tmpl w:val="D42E6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757"/>
    <w:rsid w:val="00376F57"/>
    <w:rsid w:val="008A1B1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567E1"/>
  <w14:defaultImageDpi w14:val="300"/>
  <w15:docId w15:val="{5ECCA426-A0C2-453A-82C5-11460D1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8A1B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ebitorka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Esk</cp:lastModifiedBy>
  <cp:revision>3</cp:revision>
  <dcterms:created xsi:type="dcterms:W3CDTF">2013-12-23T23:15:00Z</dcterms:created>
  <dcterms:modified xsi:type="dcterms:W3CDTF">2025-06-16T10:57:00Z</dcterms:modified>
  <cp:category/>
</cp:coreProperties>
</file>