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8CD60" w14:textId="5F855C5A" w:rsidR="00393887" w:rsidRDefault="00F91740" w:rsidP="00F91740">
      <w:pPr>
        <w:jc w:val="center"/>
        <w:rPr>
          <w:lang w:val="ru-RU"/>
        </w:rPr>
      </w:pPr>
      <w:r w:rsidRPr="00F91740">
        <w:rPr>
          <w:lang w:val="ru-RU"/>
        </w:rPr>
        <w:t>ДОГОВОР БЕСПРОЦЕНТНОГО ЗАЙМА (между физическими лицами)</w:t>
      </w:r>
    </w:p>
    <w:p w14:paraId="1A34E06F" w14:textId="77777777" w:rsidR="00F91740" w:rsidRPr="00F91740" w:rsidRDefault="00F91740" w:rsidP="00F91740">
      <w:pPr>
        <w:jc w:val="center"/>
        <w:rPr>
          <w:lang w:val="ru-RU"/>
        </w:rPr>
      </w:pPr>
    </w:p>
    <w:p w14:paraId="109BAF33" w14:textId="7992BFD6" w:rsidR="00393887" w:rsidRPr="00F91740" w:rsidRDefault="00F91740" w:rsidP="00F91740">
      <w:pPr>
        <w:tabs>
          <w:tab w:val="left" w:pos="7513"/>
        </w:tabs>
        <w:rPr>
          <w:lang w:val="ru-RU"/>
        </w:rPr>
      </w:pPr>
      <w:r w:rsidRPr="00F91740">
        <w:rPr>
          <w:lang w:val="ru-RU"/>
        </w:rPr>
        <w:t>г. [</w:t>
      </w:r>
      <w:proofErr w:type="gramStart"/>
      <w:r w:rsidRPr="00F91740">
        <w:rPr>
          <w:lang w:val="ru-RU"/>
        </w:rPr>
        <w:t xml:space="preserve">город]   </w:t>
      </w:r>
      <w:proofErr w:type="gramEnd"/>
      <w:r w:rsidRPr="00F91740">
        <w:rPr>
          <w:lang w:val="ru-RU"/>
        </w:rPr>
        <w:t xml:space="preserve">                                                     </w:t>
      </w:r>
      <w:r>
        <w:rPr>
          <w:lang w:val="ru-RU"/>
        </w:rPr>
        <w:tab/>
      </w:r>
      <w:r w:rsidRPr="00F91740">
        <w:rPr>
          <w:lang w:val="ru-RU"/>
        </w:rPr>
        <w:t>«___» __________ 20__ г.</w:t>
      </w:r>
    </w:p>
    <w:p w14:paraId="3F9CEA67" w14:textId="77777777" w:rsidR="00393887" w:rsidRPr="00F91740" w:rsidRDefault="00F91740">
      <w:pPr>
        <w:rPr>
          <w:lang w:val="ru-RU"/>
        </w:rPr>
      </w:pPr>
      <w:r w:rsidRPr="00F91740">
        <w:rPr>
          <w:lang w:val="ru-RU"/>
        </w:rPr>
        <w:t>Гражданин [Ф. И. О. Займодавца], паспорт серия ____ № _______, выдан [когда, кем], зарегистрированный по адресу: [адрес регистрации], именуемый в дальнейшем «Займодавец», с одной стороны, и гражданин [Ф. И. О. Заёмщика], паспорт серия ____ № _______, выдан [когда, кем], зарегистрированный по адресу: [адрес регистрации], именуемый в дальнейшем «Заёмщик», с другой стороны, совместно именуемые «Стороны», заключили настоящий договор (далее — «Договор») о нижеследующем:</w:t>
      </w:r>
    </w:p>
    <w:p w14:paraId="01D95813" w14:textId="77777777" w:rsidR="00393887" w:rsidRPr="00F91740" w:rsidRDefault="00F91740" w:rsidP="00F91740">
      <w:pPr>
        <w:rPr>
          <w:lang w:val="ru-RU"/>
        </w:rPr>
      </w:pPr>
      <w:r w:rsidRPr="00F91740">
        <w:rPr>
          <w:lang w:val="ru-RU"/>
        </w:rPr>
        <w:t>1. Предмет договора</w:t>
      </w:r>
    </w:p>
    <w:p w14:paraId="0A147E8A" w14:textId="77777777" w:rsidR="00393887" w:rsidRPr="00F91740" w:rsidRDefault="00F91740">
      <w:pPr>
        <w:rPr>
          <w:lang w:val="ru-RU"/>
        </w:rPr>
      </w:pPr>
      <w:r w:rsidRPr="00F91740">
        <w:rPr>
          <w:lang w:val="ru-RU"/>
        </w:rPr>
        <w:t>1.1. Займодавец передаёт Заёмщику в день подписания настоящего Договора денежные средства в размере [__________] (________________________) рублей, а Заёмщик обязуется возвратить указанную сумму в полном объёме в порядке и сроки, установленные настоящим Договором.</w:t>
      </w:r>
    </w:p>
    <w:p w14:paraId="4F471900" w14:textId="77777777" w:rsidR="00393887" w:rsidRPr="00F91740" w:rsidRDefault="00F91740">
      <w:pPr>
        <w:rPr>
          <w:lang w:val="ru-RU"/>
        </w:rPr>
      </w:pPr>
      <w:r w:rsidRPr="00F91740">
        <w:rPr>
          <w:lang w:val="ru-RU"/>
        </w:rPr>
        <w:t>1.2. Денежные средства передаются Заёмщику наличными средствами/безналичным переводом на банковский счёт (нужное отметить) в день подписания Акта‑расписки о получении денежных средств (Приложение № 1).</w:t>
      </w:r>
    </w:p>
    <w:p w14:paraId="7596ED8E" w14:textId="77777777" w:rsidR="00393887" w:rsidRPr="00F91740" w:rsidRDefault="00F91740" w:rsidP="00F91740">
      <w:pPr>
        <w:rPr>
          <w:lang w:val="ru-RU"/>
        </w:rPr>
      </w:pPr>
      <w:r w:rsidRPr="00F91740">
        <w:rPr>
          <w:lang w:val="ru-RU"/>
        </w:rPr>
        <w:t>2. Срок и порядок возврата займа</w:t>
      </w:r>
    </w:p>
    <w:p w14:paraId="3A2445F7" w14:textId="77777777" w:rsidR="00393887" w:rsidRPr="00F91740" w:rsidRDefault="00F91740">
      <w:pPr>
        <w:rPr>
          <w:lang w:val="ru-RU"/>
        </w:rPr>
      </w:pPr>
      <w:r w:rsidRPr="00F91740">
        <w:rPr>
          <w:lang w:val="ru-RU"/>
        </w:rPr>
        <w:t>2.1. Заёмщик обязуется возвратить сумму займа не позднее «___» __________ 20__ г.</w:t>
      </w:r>
    </w:p>
    <w:p w14:paraId="1C9CE56E" w14:textId="77777777" w:rsidR="00393887" w:rsidRPr="00F91740" w:rsidRDefault="00F91740">
      <w:pPr>
        <w:rPr>
          <w:lang w:val="ru-RU"/>
        </w:rPr>
      </w:pPr>
      <w:r w:rsidRPr="00F91740">
        <w:rPr>
          <w:lang w:val="ru-RU"/>
        </w:rPr>
        <w:t>2.2. Заёмщик вправе вернуть сумму займа досрочно полностью или частями без согласия Займодавца, о чём уведомляет Займодавца не менее чем за 5 (пять) календарных дней до даты возврата.</w:t>
      </w:r>
    </w:p>
    <w:p w14:paraId="4A1A787D" w14:textId="77777777" w:rsidR="00393887" w:rsidRPr="00F91740" w:rsidRDefault="00F91740">
      <w:pPr>
        <w:rPr>
          <w:lang w:val="ru-RU"/>
        </w:rPr>
      </w:pPr>
      <w:r w:rsidRPr="00F91740">
        <w:rPr>
          <w:lang w:val="ru-RU"/>
        </w:rPr>
        <w:t>2.3. Если иное не будет согласовано Сторонами, сумма займа возвращается единым платежом наличными средствами либо безналичным переводом на банковский счёт Займодавца.</w:t>
      </w:r>
    </w:p>
    <w:p w14:paraId="748D30D8" w14:textId="77777777" w:rsidR="00393887" w:rsidRPr="00F91740" w:rsidRDefault="00F91740" w:rsidP="00F91740">
      <w:pPr>
        <w:rPr>
          <w:lang w:val="ru-RU"/>
        </w:rPr>
      </w:pPr>
      <w:r w:rsidRPr="00F91740">
        <w:rPr>
          <w:lang w:val="ru-RU"/>
        </w:rPr>
        <w:t>3. Проценты и вознаграждение</w:t>
      </w:r>
    </w:p>
    <w:p w14:paraId="6797BBB6" w14:textId="77777777" w:rsidR="00393887" w:rsidRPr="00F91740" w:rsidRDefault="00F91740">
      <w:pPr>
        <w:rPr>
          <w:lang w:val="ru-RU"/>
        </w:rPr>
      </w:pPr>
      <w:r>
        <w:rPr>
          <w:lang w:val="ru-RU"/>
        </w:rPr>
        <w:t>3.1. По соглашению Сторон заём является беспроцентным. Проценты за пользование суммой займа не начисляются и не уплачиваются.</w:t>
      </w:r>
    </w:p>
    <w:p w14:paraId="43092F07" w14:textId="77777777" w:rsidR="00393887" w:rsidRPr="00F91740" w:rsidRDefault="00F91740" w:rsidP="00F91740">
      <w:pPr>
        <w:rPr>
          <w:lang w:val="ru-RU"/>
        </w:rPr>
      </w:pPr>
      <w:r w:rsidRPr="00F91740">
        <w:rPr>
          <w:lang w:val="ru-RU"/>
        </w:rPr>
        <w:t>4. Права и обязанности Сторон</w:t>
      </w:r>
    </w:p>
    <w:p w14:paraId="525DE753" w14:textId="77777777" w:rsidR="00393887" w:rsidRPr="00F91740" w:rsidRDefault="00F91740">
      <w:pPr>
        <w:rPr>
          <w:lang w:val="ru-RU"/>
        </w:rPr>
      </w:pPr>
      <w:r w:rsidRPr="00F91740">
        <w:rPr>
          <w:lang w:val="ru-RU"/>
        </w:rPr>
        <w:t>4.1. Заёмщик обязуется:</w:t>
      </w:r>
      <w:r w:rsidRPr="00F91740">
        <w:rPr>
          <w:lang w:val="ru-RU"/>
        </w:rPr>
        <w:br/>
        <w:t>• возвратить сумму займа в срок, установленный разделом 2 настоящего Договора;</w:t>
      </w:r>
      <w:r w:rsidRPr="00F91740">
        <w:rPr>
          <w:lang w:val="ru-RU"/>
        </w:rPr>
        <w:br/>
        <w:t>• при безналичном возврате указать в назначении платежа: «Возврат беспроцентного займа по договору № ___ от ___».</w:t>
      </w:r>
    </w:p>
    <w:p w14:paraId="77803570" w14:textId="77777777" w:rsidR="00393887" w:rsidRPr="00F91740" w:rsidRDefault="00F91740">
      <w:pPr>
        <w:rPr>
          <w:lang w:val="ru-RU"/>
        </w:rPr>
      </w:pPr>
      <w:r w:rsidRPr="00F91740">
        <w:rPr>
          <w:lang w:val="ru-RU"/>
        </w:rPr>
        <w:t>4.2. Займодавец вправе:</w:t>
      </w:r>
      <w:r w:rsidRPr="00F91740">
        <w:rPr>
          <w:lang w:val="ru-RU"/>
        </w:rPr>
        <w:br/>
        <w:t>• требовать возврата суммы займа в установленный срок;</w:t>
      </w:r>
      <w:r w:rsidRPr="00F91740">
        <w:rPr>
          <w:lang w:val="ru-RU"/>
        </w:rPr>
        <w:br/>
      </w:r>
      <w:r w:rsidRPr="00F91740">
        <w:rPr>
          <w:lang w:val="ru-RU"/>
        </w:rPr>
        <w:lastRenderedPageBreak/>
        <w:t>• при нарушении Заёмщиком срока возврата потребовать уплаты неустойки в размере, предусмотренном разделом 5 настоящего Договора.</w:t>
      </w:r>
    </w:p>
    <w:p w14:paraId="0C8F052C" w14:textId="77777777" w:rsidR="00393887" w:rsidRPr="00F91740" w:rsidRDefault="00F91740" w:rsidP="00F91740">
      <w:pPr>
        <w:rPr>
          <w:lang w:val="ru-RU"/>
        </w:rPr>
      </w:pPr>
      <w:r w:rsidRPr="00F91740">
        <w:rPr>
          <w:lang w:val="ru-RU"/>
        </w:rPr>
        <w:t>5. Ответственность за нарушение обязательств</w:t>
      </w:r>
    </w:p>
    <w:p w14:paraId="65C629A5" w14:textId="77777777" w:rsidR="00393887" w:rsidRPr="00F91740" w:rsidRDefault="00F91740">
      <w:pPr>
        <w:rPr>
          <w:lang w:val="ru-RU"/>
        </w:rPr>
      </w:pPr>
      <w:r w:rsidRPr="00F91740">
        <w:rPr>
          <w:lang w:val="ru-RU"/>
        </w:rPr>
        <w:t>5.1. В случае просрочки возврата суммы займа Заёмщик уплачивает Займодавцу неустойку в размере 0,05 % (пяти сотых процента) от суммы просроченного обязательства за каждый день просрочки, но не более 10 % (десяти процентов) от суммы займа.</w:t>
      </w:r>
    </w:p>
    <w:p w14:paraId="7E3895C6" w14:textId="77777777" w:rsidR="00393887" w:rsidRPr="00F91740" w:rsidRDefault="00F91740">
      <w:pPr>
        <w:rPr>
          <w:lang w:val="ru-RU"/>
        </w:rPr>
      </w:pPr>
      <w:r w:rsidRPr="00F91740">
        <w:rPr>
          <w:lang w:val="ru-RU"/>
        </w:rPr>
        <w:t>5.2. Уплата неустойки не освобождает Заёмщика от обязанности возвратить сумму займа.</w:t>
      </w:r>
    </w:p>
    <w:p w14:paraId="5BD6D047" w14:textId="77777777" w:rsidR="00393887" w:rsidRPr="00F91740" w:rsidRDefault="00F91740" w:rsidP="00F91740">
      <w:pPr>
        <w:rPr>
          <w:lang w:val="ru-RU"/>
        </w:rPr>
      </w:pPr>
      <w:r w:rsidRPr="00F91740">
        <w:rPr>
          <w:lang w:val="ru-RU"/>
        </w:rPr>
        <w:t>6. Форс‑мажор</w:t>
      </w:r>
    </w:p>
    <w:p w14:paraId="5B011DAA" w14:textId="77777777" w:rsidR="00393887" w:rsidRPr="00F91740" w:rsidRDefault="00F91740">
      <w:pPr>
        <w:rPr>
          <w:lang w:val="ru-RU"/>
        </w:rPr>
      </w:pPr>
      <w:r w:rsidRPr="00F91740">
        <w:rPr>
          <w:lang w:val="ru-RU"/>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 Сторона, для которой создалось препятствие, обязана уведомить другую Сторону в 3‑дневный срок.</w:t>
      </w:r>
    </w:p>
    <w:p w14:paraId="54DBF5D9" w14:textId="77777777" w:rsidR="00393887" w:rsidRPr="00F91740" w:rsidRDefault="00F91740" w:rsidP="00F91740">
      <w:pPr>
        <w:rPr>
          <w:lang w:val="ru-RU"/>
        </w:rPr>
      </w:pPr>
      <w:r w:rsidRPr="00F91740">
        <w:rPr>
          <w:lang w:val="ru-RU"/>
        </w:rPr>
        <w:t>7. Порядок урегулирования споров</w:t>
      </w:r>
    </w:p>
    <w:p w14:paraId="15735FAD" w14:textId="77777777" w:rsidR="00393887" w:rsidRPr="00F91740" w:rsidRDefault="00F91740">
      <w:pPr>
        <w:rPr>
          <w:lang w:val="ru-RU"/>
        </w:rPr>
      </w:pPr>
      <w:r w:rsidRPr="00F91740">
        <w:rPr>
          <w:lang w:val="ru-RU"/>
        </w:rPr>
        <w:t>7.1. Все споры и разногласия, возникающие из настоящего Договора, стороны стремятся решить путём переговоров.</w:t>
      </w:r>
      <w:r w:rsidRPr="00F91740">
        <w:rPr>
          <w:lang w:val="ru-RU"/>
        </w:rPr>
        <w:br/>
        <w:t>7.2. При недостижении согласия спор подлежит рассмотрению в судебном порядке по месту жительства ответчика.</w:t>
      </w:r>
    </w:p>
    <w:p w14:paraId="062A1B29" w14:textId="77777777" w:rsidR="00393887" w:rsidRPr="00F91740" w:rsidRDefault="00F91740" w:rsidP="00F91740">
      <w:pPr>
        <w:rPr>
          <w:lang w:val="ru-RU"/>
        </w:rPr>
      </w:pPr>
      <w:r w:rsidRPr="00F91740">
        <w:rPr>
          <w:lang w:val="ru-RU"/>
        </w:rPr>
        <w:t>8. Заключительные положения</w:t>
      </w:r>
    </w:p>
    <w:p w14:paraId="1860A6EC" w14:textId="77777777" w:rsidR="00393887" w:rsidRPr="00F91740" w:rsidRDefault="00F91740">
      <w:pPr>
        <w:rPr>
          <w:lang w:val="ru-RU"/>
        </w:rPr>
      </w:pPr>
      <w:r w:rsidRPr="00F91740">
        <w:rPr>
          <w:lang w:val="ru-RU"/>
        </w:rPr>
        <w:t>8.1. Настоящий Договор составлен в двух экземплярах, имеющих одинаковую юридическую силу: по одному для каждой из Сторон.</w:t>
      </w:r>
      <w:r w:rsidRPr="00F91740">
        <w:rPr>
          <w:lang w:val="ru-RU"/>
        </w:rPr>
        <w:br/>
        <w:t>8.2. К отношениям сторон, не урегулированным настоящим Договором, применяются нормы Гражданского кодекса Российской Федерации.</w:t>
      </w:r>
    </w:p>
    <w:p w14:paraId="4EF079F5" w14:textId="77777777" w:rsidR="00393887" w:rsidRDefault="00F91740">
      <w:r w:rsidRPr="00F91740">
        <w:rPr>
          <w:lang w:val="ru-RU"/>
        </w:rPr>
        <w:br/>
      </w:r>
      <w:r w:rsidRPr="00F91740">
        <w:rPr>
          <w:lang w:val="ru-RU"/>
        </w:rPr>
        <w:br/>
      </w:r>
      <w:proofErr w:type="spellStart"/>
      <w:r>
        <w:t>Подписи</w:t>
      </w:r>
      <w:proofErr w:type="spellEnd"/>
      <w:r>
        <w:t xml:space="preserve"> </w:t>
      </w:r>
      <w:proofErr w:type="spellStart"/>
      <w:r>
        <w:t>Сторон</w:t>
      </w:r>
      <w:proofErr w:type="spellEnd"/>
      <w:r>
        <w:t>:</w:t>
      </w:r>
      <w:r>
        <w:br/>
      </w:r>
    </w:p>
    <w:tbl>
      <w:tblPr>
        <w:tblW w:w="0" w:type="auto"/>
        <w:tblLook w:val="04A0" w:firstRow="1" w:lastRow="0" w:firstColumn="1" w:lastColumn="0" w:noHBand="0" w:noVBand="1"/>
      </w:tblPr>
      <w:tblGrid>
        <w:gridCol w:w="4320"/>
        <w:gridCol w:w="4320"/>
      </w:tblGrid>
      <w:tr w:rsidR="00393887" w14:paraId="462F2031" w14:textId="77777777">
        <w:tc>
          <w:tcPr>
            <w:tcW w:w="4320" w:type="dxa"/>
          </w:tcPr>
          <w:p w14:paraId="7A839E1E" w14:textId="77777777" w:rsidR="00393887" w:rsidRDefault="00F91740">
            <w:r>
              <w:t>Займодавец</w:t>
            </w:r>
          </w:p>
        </w:tc>
        <w:tc>
          <w:tcPr>
            <w:tcW w:w="4320" w:type="dxa"/>
          </w:tcPr>
          <w:p w14:paraId="2655D73E" w14:textId="77777777" w:rsidR="00393887" w:rsidRDefault="00F91740">
            <w:r>
              <w:t>Заёмщик</w:t>
            </w:r>
          </w:p>
        </w:tc>
      </w:tr>
      <w:tr w:rsidR="00393887" w14:paraId="583ECC11" w14:textId="77777777">
        <w:tc>
          <w:tcPr>
            <w:tcW w:w="4320" w:type="dxa"/>
          </w:tcPr>
          <w:p w14:paraId="18F2DA42" w14:textId="77777777" w:rsidR="00393887" w:rsidRDefault="00F91740">
            <w:r>
              <w:t>_______________/____________________</w:t>
            </w:r>
          </w:p>
        </w:tc>
        <w:tc>
          <w:tcPr>
            <w:tcW w:w="4320" w:type="dxa"/>
          </w:tcPr>
          <w:p w14:paraId="37ABE361" w14:textId="77777777" w:rsidR="00393887" w:rsidRDefault="00F91740">
            <w:r>
              <w:t>_______________/____________________</w:t>
            </w:r>
          </w:p>
        </w:tc>
      </w:tr>
    </w:tbl>
    <w:p w14:paraId="7C277B1E" w14:textId="77777777" w:rsidR="00393887" w:rsidRDefault="00F91740">
      <w:r>
        <w:br w:type="page"/>
      </w:r>
    </w:p>
    <w:p w14:paraId="11AB3107" w14:textId="77777777" w:rsidR="00393887" w:rsidRDefault="00F91740" w:rsidP="00F91740">
      <w:pPr>
        <w:ind w:left="7655" w:hanging="22"/>
      </w:pPr>
      <w:proofErr w:type="spellStart"/>
      <w:r>
        <w:lastRenderedPageBreak/>
        <w:t>Приложение</w:t>
      </w:r>
      <w:proofErr w:type="spellEnd"/>
      <w:r>
        <w:t xml:space="preserve"> № 1</w:t>
      </w:r>
    </w:p>
    <w:p w14:paraId="6F848839" w14:textId="77777777" w:rsidR="00393887" w:rsidRPr="00F91740" w:rsidRDefault="00F91740">
      <w:pPr>
        <w:jc w:val="center"/>
        <w:rPr>
          <w:lang w:val="ru-RU"/>
        </w:rPr>
      </w:pPr>
      <w:r w:rsidRPr="00F91740">
        <w:rPr>
          <w:lang w:val="ru-RU"/>
        </w:rPr>
        <w:t>АКТ‑РАСПИСКА о получении денежных средств</w:t>
      </w:r>
    </w:p>
    <w:p w14:paraId="4A6AD2C4" w14:textId="77777777" w:rsidR="00393887" w:rsidRPr="00F91740" w:rsidRDefault="00F91740">
      <w:pPr>
        <w:rPr>
          <w:lang w:val="ru-RU"/>
        </w:rPr>
      </w:pPr>
      <w:r w:rsidRPr="00F91740">
        <w:rPr>
          <w:lang w:val="ru-RU"/>
        </w:rPr>
        <w:t>г. [</w:t>
      </w:r>
      <w:proofErr w:type="gramStart"/>
      <w:r w:rsidRPr="00F91740">
        <w:rPr>
          <w:lang w:val="ru-RU"/>
        </w:rPr>
        <w:t xml:space="preserve">город]   </w:t>
      </w:r>
      <w:proofErr w:type="gramEnd"/>
      <w:r w:rsidRPr="00F91740">
        <w:rPr>
          <w:lang w:val="ru-RU"/>
        </w:rPr>
        <w:t xml:space="preserve">                                                     «___» __________ 20__ г.</w:t>
      </w:r>
    </w:p>
    <w:p w14:paraId="7F247DF2" w14:textId="77777777" w:rsidR="00393887" w:rsidRPr="00F91740" w:rsidRDefault="00F91740">
      <w:pPr>
        <w:rPr>
          <w:lang w:val="ru-RU"/>
        </w:rPr>
      </w:pPr>
      <w:r w:rsidRPr="00F91740">
        <w:rPr>
          <w:lang w:val="ru-RU"/>
        </w:rPr>
        <w:t>Я, [Ф. И. О. Заёмщика], паспорт серия ____ № _______, выдан [когда, кем], зарегистрированный по адресу: [адрес], подтверждаю получение от [Ф. И. О. Займодавца], паспорт серия ____ № _______, выдан [когда, кем], денежных средств в сумме [__________] (________________________) рублей в порядке и на условиях договора беспроцентного займа № ___ от «___» __________ 20__ г.</w:t>
      </w:r>
    </w:p>
    <w:p w14:paraId="36009777" w14:textId="77777777" w:rsidR="00393887" w:rsidRPr="00F91740" w:rsidRDefault="00F91740">
      <w:pPr>
        <w:rPr>
          <w:lang w:val="ru-RU"/>
        </w:rPr>
      </w:pPr>
      <w:r w:rsidRPr="00F91740">
        <w:rPr>
          <w:lang w:val="ru-RU"/>
        </w:rPr>
        <w:t>Деньги получил полностью, претензий не имею.</w:t>
      </w:r>
    </w:p>
    <w:p w14:paraId="4FBF6F18" w14:textId="3F7136D9" w:rsidR="00393887" w:rsidRDefault="00F91740">
      <w:r w:rsidRPr="00F91740">
        <w:rPr>
          <w:lang w:val="ru-RU"/>
        </w:rPr>
        <w:br/>
      </w:r>
      <w:proofErr w:type="spellStart"/>
      <w:r>
        <w:t>Подпись</w:t>
      </w:r>
      <w:proofErr w:type="spellEnd"/>
      <w:r>
        <w:t xml:space="preserve"> </w:t>
      </w:r>
      <w:proofErr w:type="spellStart"/>
      <w:r>
        <w:t>Заёмщика</w:t>
      </w:r>
      <w:proofErr w:type="spellEnd"/>
      <w:r>
        <w:t>: _______________/____________________</w:t>
      </w:r>
    </w:p>
    <w:p w14:paraId="7551E85D" w14:textId="624C2734" w:rsidR="00545A32" w:rsidRDefault="00545A32"/>
    <w:p w14:paraId="1E88D3A1" w14:textId="022B83E2" w:rsidR="00545A32" w:rsidRDefault="00545A32"/>
    <w:p w14:paraId="5A6F3803" w14:textId="77C4ACCC" w:rsidR="00545A32" w:rsidRDefault="00545A32"/>
    <w:p w14:paraId="4F25F98E" w14:textId="7EE3A8B4" w:rsidR="00545A32" w:rsidRDefault="00545A32"/>
    <w:p w14:paraId="7ECC05B6" w14:textId="74040EED" w:rsidR="00545A32" w:rsidRDefault="00545A32"/>
    <w:p w14:paraId="33A4F273" w14:textId="77777777" w:rsidR="00545A32" w:rsidRPr="00545A32" w:rsidRDefault="00545A32" w:rsidP="00545A32">
      <w:pPr>
        <w:rPr>
          <w:color w:val="FF0000"/>
          <w:lang w:val="ru-RU"/>
        </w:rPr>
      </w:pPr>
      <w:r>
        <w:rPr>
          <w:color w:val="FF0000"/>
          <w:lang w:val="ru-RU"/>
        </w:rPr>
        <w:t>Памятка к образцу</w:t>
      </w:r>
    </w:p>
    <w:p w14:paraId="59F5F340" w14:textId="77777777" w:rsidR="00545A32" w:rsidRPr="00545A32" w:rsidRDefault="00545A32" w:rsidP="00545A32">
      <w:pPr>
        <w:rPr>
          <w:color w:val="FF0000"/>
        </w:rPr>
      </w:pPr>
      <w:r>
        <w:rPr>
          <w:color w:val="FF0000"/>
          <w:lang w:val="ru-RU"/>
        </w:rPr>
        <w:t>Заполните реквизиты и согласуйте условия с другой стороной. Отдельно подтвердите фактическую передачу и возврат денег. Этот образец не проходил независимую проверку юристом; для конкретной сделки может потребоваться адаптация.</w:t>
      </w:r>
    </w:p>
    <w:bookmarkEnd w:id="1"/>
    <w:sectPr w:rsidR="00545A32" w:rsidSect="00F91740">
      <w:pgSz w:w="12240" w:h="15840"/>
      <w:pgMar w:top="1440" w:right="9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71C3C1D"/>
    <w:multiLevelType w:val="hybridMultilevel"/>
    <w:tmpl w:val="D42E6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3887"/>
    <w:rsid w:val="00545A32"/>
    <w:rsid w:val="00AA1D8D"/>
    <w:rsid w:val="00B47730"/>
    <w:rsid w:val="00CB0664"/>
    <w:rsid w:val="00F917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90565F"/>
  <w14:defaultImageDpi w14:val="300"/>
  <w15:docId w15:val="{5ECCA426-A0C2-453A-82C5-11460D1A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545A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ebitorka.bi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Esk</cp:lastModifiedBy>
  <cp:revision>3</cp:revision>
  <dcterms:created xsi:type="dcterms:W3CDTF">2013-12-23T23:15:00Z</dcterms:created>
  <dcterms:modified xsi:type="dcterms:W3CDTF">2025-06-16T10:56:00Z</dcterms:modified>
  <cp:category/>
</cp:coreProperties>
</file>