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C869" w14:textId="15F870B1" w:rsidR="009165AF" w:rsidRPr="00422F0E" w:rsidRDefault="00422F0E" w:rsidP="00422F0E">
      <w:pPr>
        <w:jc w:val="center"/>
        <w:rPr>
          <w:lang w:val="ru-RU"/>
        </w:rPr>
      </w:pPr>
      <w:r w:rsidRPr="00422F0E">
        <w:rPr>
          <w:lang w:val="ru-RU"/>
        </w:rPr>
        <w:t>ДОГОВОР БЕСПРОЦЕНТНОГО ЗАЙМА</w:t>
      </w:r>
      <w:r w:rsidRPr="00422F0E">
        <w:rPr>
          <w:lang w:val="ru-RU"/>
        </w:rPr>
        <w:br/>
      </w:r>
    </w:p>
    <w:p w14:paraId="5AB05FED" w14:textId="7707E68D" w:rsidR="009165AF" w:rsidRPr="00422F0E" w:rsidRDefault="00422F0E" w:rsidP="00422F0E">
      <w:pPr>
        <w:tabs>
          <w:tab w:val="left" w:pos="7513"/>
        </w:tabs>
        <w:rPr>
          <w:lang w:val="ru-RU"/>
        </w:rPr>
      </w:pPr>
      <w:r w:rsidRPr="00422F0E">
        <w:rPr>
          <w:lang w:val="ru-RU"/>
        </w:rPr>
        <w:t>г. [</w:t>
      </w:r>
      <w:proofErr w:type="gramStart"/>
      <w:r w:rsidRPr="00422F0E">
        <w:rPr>
          <w:lang w:val="ru-RU"/>
        </w:rPr>
        <w:t xml:space="preserve">город]   </w:t>
      </w:r>
      <w:proofErr w:type="gramEnd"/>
      <w:r w:rsidRPr="00422F0E">
        <w:rPr>
          <w:lang w:val="ru-RU"/>
        </w:rPr>
        <w:t xml:space="preserve">                                                     </w:t>
      </w:r>
      <w:r>
        <w:rPr>
          <w:lang w:val="ru-RU"/>
        </w:rPr>
        <w:tab/>
      </w:r>
      <w:r w:rsidRPr="00422F0E">
        <w:rPr>
          <w:lang w:val="ru-RU"/>
        </w:rPr>
        <w:t>«___» __________ 20__ г.</w:t>
      </w:r>
    </w:p>
    <w:p w14:paraId="3B5CE3A2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Гражданин [Ф. И. О. Займодавца], паспорт серия ____ № _______, выдан [когда, кем], зарегистрированный по адресу: [адрес регистрации], именуемый в дальнейшем «Займодавец», с одной стороны, и Общество с ограниченной ответственностью «[Наименование ООО]»,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«Заёмщик», с другой стороны, совместно именуемые «Стороны», заключили настоящий договор беспроцентного займа (далее — «Договор») о нижеследующем:</w:t>
      </w:r>
    </w:p>
    <w:p w14:paraId="7595A433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1. Предмет договора</w:t>
      </w:r>
    </w:p>
    <w:p w14:paraId="08C93D61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1.1. Займодавец предоставляет Заёмщику денежные средства в размере [__________] (________________________) рублей в день подписания настоящего Договора, а Заёмщик обязуется возвратить указанную сумму в порядке и сроки, установленные настоящим Договором.</w:t>
      </w:r>
    </w:p>
    <w:p w14:paraId="2B4467AA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1.2. Денежные средства передаются Заёмщику безналичным переводом на расчётный счёт Заёмщика или наличными денежными средствами (нужное отметить) одновременно с подписанием Акта‑приёма‑передачи денежных средств (Приложение № 1).</w:t>
      </w:r>
    </w:p>
    <w:p w14:paraId="7A49ABC9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2. Срок и порядок возврата займа</w:t>
      </w:r>
    </w:p>
    <w:p w14:paraId="775045B6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2.1. Заёмщик обязуется возвратить сумму займа не позднее «___» __________ 20__ г.</w:t>
      </w:r>
    </w:p>
    <w:p w14:paraId="5D8F5585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2.2. Заёмщик вправе досрочно вернуть сумму займа полностью или частями без согласия Займодавца, уведомив Займодавца не менее чем за 5 (пять) календарных дней до даты возврата.</w:t>
      </w:r>
    </w:p>
    <w:p w14:paraId="5ED0B9A3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2.3. Возврат суммы займа осуществляется безналичным переводом на банковский счёт Займодавца либо наличными денежными средствами (нужное отметить).</w:t>
      </w:r>
    </w:p>
    <w:p w14:paraId="086E98C1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3. Безвозмездность займа</w:t>
      </w:r>
    </w:p>
    <w:p w14:paraId="15E6E53B" w14:textId="77777777" w:rsidR="009165AF" w:rsidRPr="00422F0E" w:rsidRDefault="00422F0E">
      <w:pPr>
        <w:rPr>
          <w:lang w:val="ru-RU"/>
        </w:rPr>
      </w:pPr>
      <w:r>
        <w:rPr>
          <w:lang w:val="ru-RU"/>
        </w:rPr>
        <w:t>3.1. По соглашению Сторон заём является беспроцентным. Проценты за пользование суммой займа не начисляются и не уплачиваются.</w:t>
      </w:r>
    </w:p>
    <w:p w14:paraId="55F4B5FD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4. Права и обязанности Сторон</w:t>
      </w:r>
    </w:p>
    <w:p w14:paraId="27F69589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4.1. Заёмщик обязуется:</w:t>
      </w:r>
      <w:r w:rsidRPr="00422F0E">
        <w:rPr>
          <w:lang w:val="ru-RU"/>
        </w:rPr>
        <w:br/>
        <w:t>• вернуть сумму займа в срок, указанный в разделе 2;</w:t>
      </w:r>
      <w:r w:rsidRPr="00422F0E">
        <w:rPr>
          <w:lang w:val="ru-RU"/>
        </w:rPr>
        <w:br/>
        <w:t>• использовать денежные средства для осуществления хозяйственной деятельности;</w:t>
      </w:r>
      <w:r w:rsidRPr="00422F0E">
        <w:rPr>
          <w:lang w:val="ru-RU"/>
        </w:rPr>
        <w:br/>
        <w:t>• при безналичном возврате указать в назначении платежа: «Возврат беспроцентного займа по договору № ___ от ___»;</w:t>
      </w:r>
      <w:r w:rsidRPr="00422F0E">
        <w:rPr>
          <w:lang w:val="ru-RU"/>
        </w:rPr>
        <w:br/>
        <w:t>• уведомлять Займодавца о смене реквизитов в 3‑дневный срок.</w:t>
      </w:r>
    </w:p>
    <w:p w14:paraId="39D36E74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4.2. Займодавец вправе:</w:t>
      </w:r>
      <w:r w:rsidRPr="00422F0E">
        <w:rPr>
          <w:lang w:val="ru-RU"/>
        </w:rPr>
        <w:br/>
        <w:t>• требовать возврата суммы займа в установленный срок;</w:t>
      </w:r>
      <w:r w:rsidRPr="00422F0E">
        <w:rPr>
          <w:lang w:val="ru-RU"/>
        </w:rPr>
        <w:br/>
        <w:t>• при просрочке возврата потребовать уплаты неустойки согласно разделу 5.</w:t>
      </w:r>
    </w:p>
    <w:p w14:paraId="7F412F21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lastRenderedPageBreak/>
        <w:t>5. Ответственность</w:t>
      </w:r>
    </w:p>
    <w:p w14:paraId="02BA00C6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5.1. В случае просрочки возврата суммы займа Заёмщик уплачивает Займодавцу неустойку в размере 0,03 % от суммы просроченного обязательства за каждый день просрочки, но не более 10 % суммы займа.</w:t>
      </w:r>
    </w:p>
    <w:p w14:paraId="34BC621B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5.2. Уплата неустойки не освобождает Заёмщика от обязанности возвратить сумму займа.</w:t>
      </w:r>
    </w:p>
    <w:p w14:paraId="3A0C65CD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6. Форс‑мажор</w:t>
      </w:r>
    </w:p>
    <w:p w14:paraId="08AA389A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6.1. Стороны освобождаются от ответственности за неисполнение обязательств по настоящему Договору в случае наступления обстоятельств непреодолимой силы. Сторона, для которой создалось препятствие, обязана уведомить другую Сторону в трёхдневный срок.</w:t>
      </w:r>
    </w:p>
    <w:p w14:paraId="054A183B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7. Порядок урегулирования споров</w:t>
      </w:r>
    </w:p>
    <w:p w14:paraId="06905053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7.1. Все споры и разногласия, возникающие из настоящего Договора, Стороны стремятся решить путём переговоров. При недостижении согласия спор подлежит рассмотрению в суде по месту жительства Займодавца.</w:t>
      </w:r>
    </w:p>
    <w:p w14:paraId="69663F2A" w14:textId="77777777" w:rsidR="009165AF" w:rsidRPr="00422F0E" w:rsidRDefault="00422F0E" w:rsidP="00422F0E">
      <w:pPr>
        <w:rPr>
          <w:lang w:val="ru-RU"/>
        </w:rPr>
      </w:pPr>
      <w:r w:rsidRPr="00422F0E">
        <w:rPr>
          <w:lang w:val="ru-RU"/>
        </w:rPr>
        <w:t>8. Заключительные положения</w:t>
      </w:r>
    </w:p>
    <w:p w14:paraId="1292253F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8.1. Настоящий Договор составлен в двух экземплярах, каждый из которых имеет одинаковую юридическую силу: один для Займодавца, один для Заёмщика.</w:t>
      </w:r>
      <w:r w:rsidRPr="00422F0E">
        <w:rPr>
          <w:lang w:val="ru-RU"/>
        </w:rPr>
        <w:br/>
        <w:t>8.2. Во всём, не урегулированном настоящим Договором, Стороны руководствуются Гражданским кодексом Российской Федерации.</w:t>
      </w:r>
    </w:p>
    <w:p w14:paraId="0BABA673" w14:textId="77777777" w:rsidR="009165AF" w:rsidRDefault="00422F0E">
      <w:r w:rsidRPr="00422F0E">
        <w:rPr>
          <w:lang w:val="ru-RU"/>
        </w:rPr>
        <w:br/>
      </w:r>
      <w:r w:rsidRPr="00422F0E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165AF" w14:paraId="04D63CA7" w14:textId="77777777">
        <w:tc>
          <w:tcPr>
            <w:tcW w:w="4320" w:type="dxa"/>
          </w:tcPr>
          <w:p w14:paraId="531D44F8" w14:textId="77777777" w:rsidR="009165AF" w:rsidRDefault="00422F0E">
            <w:r>
              <w:t>Займодавец (ФЛ)</w:t>
            </w:r>
          </w:p>
        </w:tc>
        <w:tc>
          <w:tcPr>
            <w:tcW w:w="4320" w:type="dxa"/>
          </w:tcPr>
          <w:p w14:paraId="24EBCAF7" w14:textId="77777777" w:rsidR="009165AF" w:rsidRDefault="00422F0E">
            <w:r>
              <w:t>Заёмщик (ООО)</w:t>
            </w:r>
          </w:p>
        </w:tc>
      </w:tr>
      <w:tr w:rsidR="009165AF" w14:paraId="0CBC518C" w14:textId="77777777">
        <w:tc>
          <w:tcPr>
            <w:tcW w:w="4320" w:type="dxa"/>
          </w:tcPr>
          <w:p w14:paraId="29E17AC2" w14:textId="77777777" w:rsidR="009165AF" w:rsidRDefault="00422F0E">
            <w:r>
              <w:t>_______________/____________________</w:t>
            </w:r>
          </w:p>
        </w:tc>
        <w:tc>
          <w:tcPr>
            <w:tcW w:w="4320" w:type="dxa"/>
          </w:tcPr>
          <w:p w14:paraId="4A2F1EC5" w14:textId="77777777" w:rsidR="009165AF" w:rsidRDefault="00422F0E">
            <w:r>
              <w:t>_______________/____________________</w:t>
            </w:r>
          </w:p>
        </w:tc>
      </w:tr>
    </w:tbl>
    <w:p w14:paraId="2F912381" w14:textId="77777777" w:rsidR="009165AF" w:rsidRDefault="00422F0E">
      <w:r>
        <w:br w:type="page"/>
      </w:r>
    </w:p>
    <w:p w14:paraId="6E0BD5D1" w14:textId="77777777" w:rsidR="009165AF" w:rsidRDefault="00422F0E" w:rsidP="00422F0E">
      <w:pPr>
        <w:jc w:val="right"/>
      </w:pPr>
      <w:r>
        <w:lastRenderedPageBreak/>
        <w:t>Приложение № 1</w:t>
      </w:r>
    </w:p>
    <w:p w14:paraId="5716977A" w14:textId="77777777" w:rsidR="009165AF" w:rsidRPr="00422F0E" w:rsidRDefault="00422F0E">
      <w:pPr>
        <w:jc w:val="center"/>
        <w:rPr>
          <w:lang w:val="ru-RU"/>
        </w:rPr>
      </w:pPr>
      <w:r w:rsidRPr="00422F0E">
        <w:rPr>
          <w:lang w:val="ru-RU"/>
        </w:rPr>
        <w:t>АКТ‑ПРИЁМА‑ПЕРЕДАЧИ (РАСПИСКА) денежных средств</w:t>
      </w:r>
    </w:p>
    <w:p w14:paraId="18BE1A89" w14:textId="1FBA1C1F" w:rsidR="009165AF" w:rsidRPr="00422F0E" w:rsidRDefault="00422F0E" w:rsidP="00422F0E">
      <w:pPr>
        <w:tabs>
          <w:tab w:val="left" w:pos="7371"/>
        </w:tabs>
        <w:rPr>
          <w:lang w:val="ru-RU"/>
        </w:rPr>
      </w:pPr>
      <w:r w:rsidRPr="00422F0E">
        <w:rPr>
          <w:lang w:val="ru-RU"/>
        </w:rPr>
        <w:t>г. [</w:t>
      </w:r>
      <w:proofErr w:type="gramStart"/>
      <w:r w:rsidRPr="00422F0E">
        <w:rPr>
          <w:lang w:val="ru-RU"/>
        </w:rPr>
        <w:t xml:space="preserve">город]   </w:t>
      </w:r>
      <w:proofErr w:type="gramEnd"/>
      <w:r w:rsidRPr="00422F0E">
        <w:rPr>
          <w:lang w:val="ru-RU"/>
        </w:rPr>
        <w:t xml:space="preserve">                                                     </w:t>
      </w:r>
      <w:r>
        <w:rPr>
          <w:lang w:val="ru-RU"/>
        </w:rPr>
        <w:t xml:space="preserve"> </w:t>
      </w:r>
      <w:r>
        <w:rPr>
          <w:lang w:val="ru-RU"/>
        </w:rPr>
        <w:tab/>
      </w:r>
      <w:r w:rsidRPr="00422F0E">
        <w:rPr>
          <w:lang w:val="ru-RU"/>
        </w:rPr>
        <w:t>«___» __________ 20__ г.</w:t>
      </w:r>
    </w:p>
    <w:p w14:paraId="500CACDF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Мы, нижеподписавшиеся:</w:t>
      </w:r>
      <w:r w:rsidRPr="00422F0E">
        <w:rPr>
          <w:lang w:val="ru-RU"/>
        </w:rPr>
        <w:br/>
        <w:t>1. [Ф. И. О. Займодавца], паспорт серия ____ № _______, выдан [когда, кем], зарегистрированный по адресу: [адрес],</w:t>
      </w:r>
      <w:r w:rsidRPr="00422F0E">
        <w:rPr>
          <w:lang w:val="ru-RU"/>
        </w:rPr>
        <w:br/>
        <w:t>2. ООО «[Наименование]», ОГРН ____________, ИНН ____________, в лице Генерального директора [Ф. И. О.],</w:t>
      </w:r>
      <w:r w:rsidRPr="00422F0E">
        <w:rPr>
          <w:lang w:val="ru-RU"/>
        </w:rPr>
        <w:br/>
        <w:t>составили настоящий акт о том, что Займодавец передал, а Заёмщик получил денежные средства в сумме [__________] (________________________) рублей в порядке и на условиях договора беспроцентного займа № ___ от «___» __________ 20__ г.</w:t>
      </w:r>
    </w:p>
    <w:p w14:paraId="1150BC35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t>Денежные средства получены полностью, претензий стороны друг к другу не имеют.</w:t>
      </w:r>
    </w:p>
    <w:p w14:paraId="615104E2" w14:textId="77777777" w:rsidR="009165AF" w:rsidRPr="00422F0E" w:rsidRDefault="00422F0E">
      <w:pPr>
        <w:rPr>
          <w:lang w:val="ru-RU"/>
        </w:rPr>
      </w:pPr>
      <w:r w:rsidRPr="00422F0E">
        <w:rPr>
          <w:lang w:val="ru-RU"/>
        </w:rPr>
        <w:br/>
        <w:t>Подпись Займодавца: _______________/____________________</w:t>
      </w:r>
    </w:p>
    <w:p w14:paraId="7C3544D0" w14:textId="7BD84517" w:rsidR="009165AF" w:rsidRDefault="00422F0E">
      <w:pPr>
        <w:rPr>
          <w:lang w:val="ru-RU"/>
        </w:rPr>
      </w:pPr>
      <w:r w:rsidRPr="00422F0E">
        <w:rPr>
          <w:lang w:val="ru-RU"/>
        </w:rPr>
        <w:t>Подпись Заёмщика (ООО): _______________/____________________</w:t>
      </w:r>
    </w:p>
    <w:p w14:paraId="32DF6D4E" w14:textId="40711D2E" w:rsidR="00DB7446" w:rsidRDefault="00DB7446">
      <w:pPr>
        <w:rPr>
          <w:lang w:val="ru-RU"/>
        </w:rPr>
      </w:pPr>
    </w:p>
    <w:p w14:paraId="4E79515D" w14:textId="1F334CF5" w:rsidR="00DB7446" w:rsidRDefault="00DB7446">
      <w:pPr>
        <w:rPr>
          <w:lang w:val="ru-RU"/>
        </w:rPr>
      </w:pPr>
    </w:p>
    <w:p w14:paraId="0E1C0343" w14:textId="63B5D3EA" w:rsidR="00DB7446" w:rsidRDefault="00DB7446">
      <w:pPr>
        <w:rPr>
          <w:lang w:val="ru-RU"/>
        </w:rPr>
      </w:pPr>
    </w:p>
    <w:p w14:paraId="0F58FB49" w14:textId="77777777" w:rsidR="00DB7446" w:rsidRPr="00DB7446" w:rsidRDefault="00DB7446" w:rsidP="00DB7446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63ACE93F" w14:textId="77777777" w:rsidR="00DB7446" w:rsidRPr="00DB7446" w:rsidRDefault="00DB7446" w:rsidP="00DB7446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DB7446" w:rsidRPr="00422F0E" w:rsidSect="00422F0E">
      <w:pgSz w:w="12240" w:h="15840"/>
      <w:pgMar w:top="851" w:right="758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2F0E"/>
    <w:rsid w:val="009165AF"/>
    <w:rsid w:val="00AA1D8D"/>
    <w:rsid w:val="00B47730"/>
    <w:rsid w:val="00CB0664"/>
    <w:rsid w:val="00DB74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254DF3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B74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3</cp:revision>
  <dcterms:created xsi:type="dcterms:W3CDTF">2013-12-23T23:15:00Z</dcterms:created>
  <dcterms:modified xsi:type="dcterms:W3CDTF">2025-06-16T10:57:00Z</dcterms:modified>
  <cp:category/>
</cp:coreProperties>
</file>